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C2157" w14:textId="77777777" w:rsidR="00D31F22" w:rsidRPr="00D31F22" w:rsidRDefault="00DD3AF8" w:rsidP="00D31F22">
      <w:pPr>
        <w:spacing w:after="60"/>
        <w:jc w:val="center"/>
        <w:rPr>
          <w:b/>
          <w:sz w:val="32"/>
          <w:u w:val="single"/>
        </w:rPr>
      </w:pPr>
      <w:proofErr w:type="spellStart"/>
      <w:r w:rsidRPr="00D31F22">
        <w:rPr>
          <w:b/>
          <w:sz w:val="32"/>
          <w:u w:val="single"/>
        </w:rPr>
        <w:t>Štatút</w:t>
      </w:r>
      <w:proofErr w:type="spellEnd"/>
      <w:r w:rsidRPr="00D31F22">
        <w:rPr>
          <w:b/>
          <w:sz w:val="32"/>
          <w:u w:val="single"/>
        </w:rPr>
        <w:t xml:space="preserve"> </w:t>
      </w:r>
      <w:proofErr w:type="spellStart"/>
      <w:r w:rsidRPr="00D31F22">
        <w:rPr>
          <w:b/>
          <w:sz w:val="32"/>
          <w:u w:val="single"/>
        </w:rPr>
        <w:t>rady</w:t>
      </w:r>
      <w:proofErr w:type="spellEnd"/>
      <w:r w:rsidRPr="00D31F22">
        <w:rPr>
          <w:b/>
          <w:sz w:val="32"/>
          <w:u w:val="single"/>
        </w:rPr>
        <w:t xml:space="preserve"> </w:t>
      </w:r>
      <w:proofErr w:type="spellStart"/>
      <w:r w:rsidRPr="00D31F22">
        <w:rPr>
          <w:b/>
          <w:sz w:val="32"/>
          <w:u w:val="single"/>
        </w:rPr>
        <w:t>školy</w:t>
      </w:r>
      <w:proofErr w:type="spellEnd"/>
      <w:r w:rsidRPr="00D31F22">
        <w:rPr>
          <w:b/>
          <w:sz w:val="32"/>
          <w:u w:val="single"/>
        </w:rPr>
        <w:t xml:space="preserve"> </w:t>
      </w:r>
      <w:proofErr w:type="spellStart"/>
      <w:r w:rsidRPr="00D31F22">
        <w:rPr>
          <w:b/>
          <w:sz w:val="32"/>
          <w:u w:val="single"/>
        </w:rPr>
        <w:t>pri</w:t>
      </w:r>
      <w:proofErr w:type="spellEnd"/>
      <w:r w:rsidRPr="00D31F22">
        <w:rPr>
          <w:b/>
          <w:sz w:val="32"/>
          <w:u w:val="single"/>
        </w:rPr>
        <w:t xml:space="preserve"> </w:t>
      </w:r>
      <w:proofErr w:type="spellStart"/>
      <w:r w:rsidRPr="00D31F22">
        <w:rPr>
          <w:b/>
          <w:sz w:val="32"/>
          <w:u w:val="single"/>
        </w:rPr>
        <w:t>Materskej</w:t>
      </w:r>
      <w:proofErr w:type="spellEnd"/>
      <w:r w:rsidR="00D31F22" w:rsidRPr="00D31F22">
        <w:rPr>
          <w:b/>
          <w:sz w:val="32"/>
          <w:u w:val="single"/>
        </w:rPr>
        <w:t xml:space="preserve"> </w:t>
      </w:r>
      <w:proofErr w:type="spellStart"/>
      <w:r w:rsidR="00D31F22" w:rsidRPr="00D31F22">
        <w:rPr>
          <w:b/>
          <w:sz w:val="32"/>
          <w:u w:val="single"/>
        </w:rPr>
        <w:t>škole</w:t>
      </w:r>
      <w:proofErr w:type="spellEnd"/>
      <w:r w:rsidR="00D31F22" w:rsidRPr="00D31F22">
        <w:rPr>
          <w:b/>
          <w:sz w:val="32"/>
          <w:u w:val="single"/>
        </w:rPr>
        <w:t xml:space="preserve"> Paňovce</w:t>
      </w:r>
    </w:p>
    <w:p w14:paraId="6737D308" w14:textId="77777777" w:rsidR="00D31F22" w:rsidRDefault="00D31F22" w:rsidP="00D31F22">
      <w:pPr>
        <w:spacing w:after="60"/>
        <w:jc w:val="center"/>
        <w:rPr>
          <w:b/>
          <w:sz w:val="28"/>
        </w:rPr>
      </w:pPr>
    </w:p>
    <w:p w14:paraId="63A7BE3C" w14:textId="77777777" w:rsidR="00DD3AF8" w:rsidRDefault="00DD3AF8" w:rsidP="009C2097">
      <w:pPr>
        <w:spacing w:after="60"/>
        <w:jc w:val="both"/>
      </w:pPr>
    </w:p>
    <w:p w14:paraId="3539E5F4" w14:textId="77777777" w:rsidR="00616A60" w:rsidRDefault="00DA6392" w:rsidP="009C2097">
      <w:pPr>
        <w:spacing w:after="60"/>
        <w:jc w:val="both"/>
      </w:pPr>
      <w:r>
        <w:t>V súlade so zákonom č. 321/2025 Z.z. o školskej správe a o zmene a doplnení niektorých</w:t>
      </w:r>
    </w:p>
    <w:p w14:paraId="09379989" w14:textId="77777777" w:rsidR="00616A60" w:rsidRDefault="00DA6392" w:rsidP="009C2097">
      <w:pPr>
        <w:spacing w:after="60"/>
        <w:jc w:val="both"/>
      </w:pPr>
      <w:proofErr w:type="spellStart"/>
      <w:r>
        <w:t>zákonov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vydáva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štatút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3509D2B8" w14:textId="77777777" w:rsidR="00DD3AF8" w:rsidRDefault="00DD3AF8">
      <w:pPr>
        <w:spacing w:after="60"/>
      </w:pPr>
    </w:p>
    <w:p w14:paraId="54E5AE4A" w14:textId="77777777" w:rsidR="00DD3AF8" w:rsidRPr="00D31F22" w:rsidRDefault="00DD3AF8" w:rsidP="00DD3AF8">
      <w:pPr>
        <w:jc w:val="center"/>
        <w:rPr>
          <w:b/>
          <w:sz w:val="28"/>
          <w:lang w:val="sk-SK"/>
        </w:rPr>
      </w:pPr>
      <w:r w:rsidRPr="00D31F22">
        <w:rPr>
          <w:b/>
          <w:sz w:val="28"/>
          <w:lang w:val="sk-SK"/>
        </w:rPr>
        <w:t>Článok I.</w:t>
      </w:r>
    </w:p>
    <w:p w14:paraId="0A5C37BC" w14:textId="77777777" w:rsidR="00DD3AF8" w:rsidRPr="00DD3AF8" w:rsidRDefault="00DD3AF8" w:rsidP="00DD3AF8">
      <w:pPr>
        <w:rPr>
          <w:b/>
          <w:lang w:val="sk-SK"/>
        </w:rPr>
      </w:pPr>
      <w:r w:rsidRPr="00DD3AF8">
        <w:rPr>
          <w:b/>
          <w:lang w:val="sk-SK"/>
        </w:rPr>
        <w:t xml:space="preserve">Základné ustanovenia </w:t>
      </w:r>
    </w:p>
    <w:p w14:paraId="0ED2DB86" w14:textId="76725ADC" w:rsidR="00DD3AF8" w:rsidRDefault="00DD3AF8" w:rsidP="009C2097">
      <w:pPr>
        <w:pStyle w:val="Odsekzoznamu"/>
        <w:numPr>
          <w:ilvl w:val="0"/>
          <w:numId w:val="10"/>
        </w:numPr>
        <w:spacing w:after="160" w:line="259" w:lineRule="auto"/>
        <w:jc w:val="both"/>
        <w:rPr>
          <w:lang w:val="sk-SK"/>
        </w:rPr>
      </w:pPr>
      <w:r w:rsidRPr="000003C5">
        <w:rPr>
          <w:lang w:val="sk-SK"/>
        </w:rPr>
        <w:t>Rada školy sa ustanovuje pri Materskej škole, Paňovce 9</w:t>
      </w:r>
      <w:r w:rsidR="003D006F">
        <w:rPr>
          <w:lang w:val="sk-SK"/>
        </w:rPr>
        <w:t>6</w:t>
      </w:r>
      <w:r w:rsidRPr="000003C5">
        <w:rPr>
          <w:lang w:val="sk-SK"/>
        </w:rPr>
        <w:t xml:space="preserve"> (ďalej len „rada školy“) na svojom ustanovujúcom zasadnutí podľa zákona č.321/2025 </w:t>
      </w:r>
      <w:proofErr w:type="spellStart"/>
      <w:r w:rsidRPr="000003C5">
        <w:rPr>
          <w:lang w:val="sk-SK"/>
        </w:rPr>
        <w:t>Z.z</w:t>
      </w:r>
      <w:proofErr w:type="spellEnd"/>
      <w:r w:rsidRPr="000003C5">
        <w:rPr>
          <w:lang w:val="sk-SK"/>
        </w:rPr>
        <w:t xml:space="preserve">. o školskej správe a o zmene a doplnení niektorých zákonov. </w:t>
      </w:r>
    </w:p>
    <w:p w14:paraId="4A3C6E4F" w14:textId="77777777" w:rsidR="00DD3AF8" w:rsidRPr="000003C5" w:rsidRDefault="00DD3AF8" w:rsidP="009C2097">
      <w:pPr>
        <w:pStyle w:val="Odsekzoznamu"/>
        <w:numPr>
          <w:ilvl w:val="0"/>
          <w:numId w:val="10"/>
        </w:numPr>
        <w:spacing w:after="160" w:line="259" w:lineRule="auto"/>
        <w:jc w:val="both"/>
        <w:rPr>
          <w:lang w:val="sk-SK"/>
        </w:rPr>
      </w:pPr>
      <w:r w:rsidRPr="000003C5">
        <w:rPr>
          <w:lang w:val="sk-SK"/>
        </w:rPr>
        <w:t xml:space="preserve">Sídlo rady školy je zhodné so sídlom školy, pri ktorej je zriadená. </w:t>
      </w:r>
    </w:p>
    <w:p w14:paraId="0B60A33F" w14:textId="77777777" w:rsidR="00DD3AF8" w:rsidRDefault="00DD3AF8" w:rsidP="00DD3AF8">
      <w:pPr>
        <w:rPr>
          <w:lang w:val="sk-SK"/>
        </w:rPr>
      </w:pPr>
    </w:p>
    <w:p w14:paraId="1563537F" w14:textId="77777777" w:rsidR="00DD3AF8" w:rsidRPr="00D31F22" w:rsidRDefault="00DD3AF8" w:rsidP="00DD3AF8">
      <w:pPr>
        <w:jc w:val="center"/>
        <w:rPr>
          <w:b/>
          <w:sz w:val="28"/>
          <w:lang w:val="sk-SK"/>
        </w:rPr>
      </w:pPr>
      <w:r w:rsidRPr="00D31F22">
        <w:rPr>
          <w:b/>
          <w:sz w:val="28"/>
          <w:lang w:val="sk-SK"/>
        </w:rPr>
        <w:t>Článok II.</w:t>
      </w:r>
    </w:p>
    <w:p w14:paraId="1E86FE0A" w14:textId="77777777" w:rsidR="00DD3AF8" w:rsidRPr="00DD3AF8" w:rsidRDefault="00DD3AF8" w:rsidP="00DD3AF8">
      <w:pPr>
        <w:rPr>
          <w:b/>
          <w:lang w:val="sk-SK"/>
        </w:rPr>
      </w:pPr>
      <w:r w:rsidRPr="00DD3AF8">
        <w:rPr>
          <w:b/>
          <w:lang w:val="sk-SK"/>
        </w:rPr>
        <w:t>Funkcia</w:t>
      </w:r>
      <w:r>
        <w:rPr>
          <w:b/>
          <w:lang w:val="sk-SK"/>
        </w:rPr>
        <w:t xml:space="preserve">, pôsobnosť a </w:t>
      </w:r>
      <w:r w:rsidRPr="00DD3AF8">
        <w:rPr>
          <w:b/>
          <w:lang w:val="sk-SK"/>
        </w:rPr>
        <w:t>poslanie rady školy</w:t>
      </w:r>
    </w:p>
    <w:p w14:paraId="3BCC8360" w14:textId="77777777" w:rsidR="00DD3AF8" w:rsidRPr="00DD3AF8" w:rsidRDefault="00DD3AF8" w:rsidP="009C2097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eastAsiaTheme="minorHAnsi"/>
          <w:lang w:val="sk-SK"/>
        </w:rPr>
      </w:pPr>
      <w:r w:rsidRPr="000003C5">
        <w:rPr>
          <w:rFonts w:eastAsia="Times New Roman" w:cstheme="minorHAnsi"/>
          <w:color w:val="000000"/>
          <w:lang w:eastAsia="cs-CZ"/>
        </w:rPr>
        <w:t xml:space="preserve">Rada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školy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je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samosprávny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orgán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školy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,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ktorý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vyjadruje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a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presadzuje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verejné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záujmy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,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záujmy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detí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,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žiakov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, ich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zákonných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zástupcov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a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zamestnancov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 xml:space="preserve"> </w:t>
      </w:r>
      <w:proofErr w:type="spellStart"/>
      <w:r w:rsidRPr="000003C5">
        <w:rPr>
          <w:rFonts w:eastAsia="Times New Roman" w:cstheme="minorHAnsi"/>
          <w:color w:val="000000"/>
          <w:lang w:eastAsia="cs-CZ"/>
        </w:rPr>
        <w:t>školy</w:t>
      </w:r>
      <w:proofErr w:type="spellEnd"/>
      <w:r w:rsidRPr="000003C5">
        <w:rPr>
          <w:rFonts w:eastAsia="Times New Roman" w:cstheme="minorHAnsi"/>
          <w:color w:val="000000"/>
          <w:lang w:eastAsia="cs-CZ"/>
        </w:rPr>
        <w:t>.</w:t>
      </w:r>
    </w:p>
    <w:p w14:paraId="2FD8C721" w14:textId="77777777" w:rsidR="00DD3AF8" w:rsidRDefault="00DD3AF8" w:rsidP="009C2097">
      <w:pPr>
        <w:pStyle w:val="Odsekzoznamu"/>
        <w:numPr>
          <w:ilvl w:val="0"/>
          <w:numId w:val="11"/>
        </w:numPr>
        <w:spacing w:after="60"/>
        <w:jc w:val="both"/>
      </w:pPr>
      <w:r>
        <w:t xml:space="preserve">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plní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</w:t>
      </w:r>
      <w:proofErr w:type="spellStart"/>
      <w:r>
        <w:t>verejnej</w:t>
      </w:r>
      <w:proofErr w:type="spellEnd"/>
      <w:r>
        <w:t xml:space="preserve"> </w:t>
      </w:r>
      <w:proofErr w:type="spellStart"/>
      <w:r>
        <w:t>kontroly</w:t>
      </w:r>
      <w:proofErr w:type="spellEnd"/>
      <w:r>
        <w:t xml:space="preserve"> </w:t>
      </w:r>
      <w:proofErr w:type="spellStart"/>
      <w:r>
        <w:t>prerokúvaním</w:t>
      </w:r>
      <w:proofErr w:type="spellEnd"/>
      <w:r>
        <w:t xml:space="preserve"> </w:t>
      </w:r>
      <w:proofErr w:type="spellStart"/>
      <w:r>
        <w:t>otázok</w:t>
      </w:r>
      <w:proofErr w:type="spellEnd"/>
      <w:r>
        <w:t xml:space="preserve"> </w:t>
      </w:r>
      <w:proofErr w:type="spellStart"/>
      <w:r>
        <w:t>týkajúcich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vykonávania</w:t>
      </w:r>
      <w:proofErr w:type="spellEnd"/>
      <w:r>
        <w:t xml:space="preserve"> </w:t>
      </w:r>
      <w:proofErr w:type="spellStart"/>
      <w:r>
        <w:t>hlavnej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vedúcich</w:t>
      </w:r>
      <w:proofErr w:type="spellEnd"/>
      <w:r>
        <w:t xml:space="preserve"> </w:t>
      </w:r>
      <w:proofErr w:type="spellStart"/>
      <w:r>
        <w:t>zamestnancov</w:t>
      </w:r>
      <w:proofErr w:type="spellEnd"/>
      <w:r>
        <w:t xml:space="preserve"> </w:t>
      </w:r>
      <w:proofErr w:type="spellStart"/>
      <w:r>
        <w:t>tejto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 </w:t>
      </w:r>
      <w:proofErr w:type="spellStart"/>
      <w:r>
        <w:t>pohľadu</w:t>
      </w:r>
      <w:proofErr w:type="spellEnd"/>
      <w:r>
        <w:t xml:space="preserve"> </w:t>
      </w:r>
      <w:proofErr w:type="spellStart"/>
      <w:r>
        <w:t>školskej</w:t>
      </w:r>
      <w:proofErr w:type="spellEnd"/>
      <w:r>
        <w:t xml:space="preserve"> </w:t>
      </w:r>
      <w:proofErr w:type="spellStart"/>
      <w:r>
        <w:t>problematiky</w:t>
      </w:r>
      <w:proofErr w:type="spellEnd"/>
      <w:r>
        <w:t>.</w:t>
      </w:r>
    </w:p>
    <w:p w14:paraId="2A5BFAE1" w14:textId="77777777" w:rsidR="00616A60" w:rsidRPr="00DD3AF8" w:rsidRDefault="00DA6392" w:rsidP="009C2097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eastAsiaTheme="minorHAnsi"/>
          <w:lang w:val="sk-SK"/>
        </w:rPr>
      </w:pPr>
      <w:proofErr w:type="spellStart"/>
      <w:r>
        <w:t>Funkčné</w:t>
      </w:r>
      <w:proofErr w:type="spellEnd"/>
      <w:r>
        <w:t xml:space="preserve"> </w:t>
      </w:r>
      <w:proofErr w:type="spellStart"/>
      <w:r>
        <w:t>obdobie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v zmysle § 17 ods. 1 zákona č. 321/2025 Z. z. </w:t>
      </w:r>
      <w:proofErr w:type="spellStart"/>
      <w:r>
        <w:t>štyri</w:t>
      </w:r>
      <w:proofErr w:type="spellEnd"/>
      <w:r>
        <w:t xml:space="preserve"> </w:t>
      </w:r>
      <w:proofErr w:type="spellStart"/>
      <w:r>
        <w:t>roky</w:t>
      </w:r>
      <w:proofErr w:type="spellEnd"/>
      <w:r>
        <w:t xml:space="preserve"> a</w:t>
      </w:r>
      <w:r w:rsidR="00DD3AF8">
        <w:t xml:space="preserve"> </w:t>
      </w:r>
      <w:proofErr w:type="spellStart"/>
      <w:r>
        <w:t>začína</w:t>
      </w:r>
      <w:proofErr w:type="spellEnd"/>
      <w:r>
        <w:t xml:space="preserve"> </w:t>
      </w:r>
      <w:proofErr w:type="spellStart"/>
      <w:r>
        <w:t>plynúť</w:t>
      </w:r>
      <w:proofErr w:type="spellEnd"/>
      <w:r>
        <w:t xml:space="preserve"> </w:t>
      </w:r>
      <w:proofErr w:type="spellStart"/>
      <w:r>
        <w:t>dňom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ustanovujúceho</w:t>
      </w:r>
      <w:proofErr w:type="spellEnd"/>
      <w:r>
        <w:t xml:space="preserve"> </w:t>
      </w:r>
      <w:proofErr w:type="spellStart"/>
      <w:r>
        <w:t>zasadnutia</w:t>
      </w:r>
      <w:proofErr w:type="spellEnd"/>
      <w:r>
        <w:t>.</w:t>
      </w:r>
    </w:p>
    <w:p w14:paraId="25B464EE" w14:textId="77777777" w:rsidR="00DD3AF8" w:rsidRPr="00DD3AF8" w:rsidRDefault="00DD3AF8" w:rsidP="00D31F22">
      <w:pPr>
        <w:spacing w:after="160" w:line="259" w:lineRule="auto"/>
        <w:jc w:val="center"/>
        <w:rPr>
          <w:rFonts w:eastAsiaTheme="minorHAnsi"/>
          <w:lang w:val="sk-SK"/>
        </w:rPr>
      </w:pPr>
    </w:p>
    <w:p w14:paraId="1490B41D" w14:textId="77777777" w:rsidR="00616A60" w:rsidRDefault="00DA6392" w:rsidP="00D31F22">
      <w:pPr>
        <w:spacing w:after="60"/>
        <w:jc w:val="center"/>
      </w:pPr>
      <w:r>
        <w:rPr>
          <w:b/>
          <w:sz w:val="26"/>
        </w:rPr>
        <w:t>Článok III.</w:t>
      </w:r>
    </w:p>
    <w:p w14:paraId="0E5A721D" w14:textId="77777777" w:rsidR="00DD3AF8" w:rsidRDefault="00DA6392">
      <w:pPr>
        <w:spacing w:after="60"/>
        <w:rPr>
          <w:b/>
        </w:rPr>
      </w:pPr>
      <w:proofErr w:type="spellStart"/>
      <w:r>
        <w:rPr>
          <w:b/>
        </w:rPr>
        <w:t>Činnosť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školy</w:t>
      </w:r>
      <w:proofErr w:type="spellEnd"/>
    </w:p>
    <w:p w14:paraId="3ED87124" w14:textId="77777777" w:rsidR="00DD3AF8" w:rsidRDefault="00DA6392" w:rsidP="009C2097">
      <w:pPr>
        <w:pStyle w:val="Odsekzoznamu"/>
        <w:numPr>
          <w:ilvl w:val="0"/>
          <w:numId w:val="12"/>
        </w:numPr>
        <w:spacing w:after="60"/>
        <w:jc w:val="both"/>
      </w:pPr>
      <w:r>
        <w:t xml:space="preserve">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vyjadruje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všetkým</w:t>
      </w:r>
      <w:proofErr w:type="spellEnd"/>
      <w:r>
        <w:t xml:space="preserve"> </w:t>
      </w:r>
      <w:proofErr w:type="spellStart"/>
      <w:r>
        <w:t>závažným</w:t>
      </w:r>
      <w:proofErr w:type="spellEnd"/>
      <w:r>
        <w:t xml:space="preserve"> </w:t>
      </w:r>
      <w:proofErr w:type="spellStart"/>
      <w:r>
        <w:t>skutočnostiam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vzťahujú</w:t>
      </w:r>
      <w:proofErr w:type="spellEnd"/>
      <w:r>
        <w:t xml:space="preserve"> k </w:t>
      </w:r>
      <w:proofErr w:type="spellStart"/>
      <w:r>
        <w:t>práci</w:t>
      </w:r>
      <w:proofErr w:type="spellEnd"/>
      <w:r>
        <w:t xml:space="preserve"> a</w:t>
      </w:r>
      <w:r w:rsidR="00DD3AF8">
        <w:t xml:space="preserve"> </w:t>
      </w:r>
      <w:proofErr w:type="spellStart"/>
      <w:r>
        <w:t>pôsobeniu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v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vzdelávania</w:t>
      </w:r>
      <w:proofErr w:type="spellEnd"/>
      <w:r>
        <w:t>.</w:t>
      </w:r>
    </w:p>
    <w:p w14:paraId="10794B2C" w14:textId="77777777" w:rsidR="00DD3AF8" w:rsidRDefault="00DD3AF8" w:rsidP="009C2097">
      <w:pPr>
        <w:pStyle w:val="Odsekzoznamu"/>
        <w:numPr>
          <w:ilvl w:val="0"/>
          <w:numId w:val="12"/>
        </w:numPr>
        <w:spacing w:after="60"/>
        <w:jc w:val="both"/>
      </w:pPr>
      <w:r>
        <w:t xml:space="preserve">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prerokúva</w:t>
      </w:r>
      <w:proofErr w:type="spellEnd"/>
      <w:r>
        <w:t>:</w:t>
      </w:r>
    </w:p>
    <w:p w14:paraId="18458957" w14:textId="77777777" w:rsidR="00DD3AF8" w:rsidRDefault="00DD3AF8" w:rsidP="009C2097">
      <w:pPr>
        <w:spacing w:after="60"/>
        <w:ind w:firstLine="720"/>
        <w:jc w:val="both"/>
      </w:pPr>
      <w:r>
        <w:t xml:space="preserve">a)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poriadok</w:t>
      </w:r>
      <w:proofErr w:type="spellEnd"/>
      <w:r>
        <w:t>,</w:t>
      </w:r>
    </w:p>
    <w:p w14:paraId="3EB2847B" w14:textId="77777777" w:rsidR="00DD3AF8" w:rsidRDefault="00DD3AF8" w:rsidP="009C2097">
      <w:pPr>
        <w:spacing w:after="60"/>
        <w:ind w:left="720"/>
        <w:jc w:val="both"/>
      </w:pPr>
      <w:r>
        <w:t xml:space="preserve">b)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program,</w:t>
      </w:r>
    </w:p>
    <w:p w14:paraId="61912D29" w14:textId="77777777" w:rsidR="00DD3AF8" w:rsidRDefault="00DD3AF8" w:rsidP="009C2097">
      <w:pPr>
        <w:pStyle w:val="Odsekzoznamu"/>
        <w:spacing w:after="60"/>
        <w:jc w:val="both"/>
      </w:pPr>
      <w:r>
        <w:t xml:space="preserve">c) </w:t>
      </w:r>
      <w:proofErr w:type="spellStart"/>
      <w:r>
        <w:t>iné</w:t>
      </w:r>
      <w:proofErr w:type="spellEnd"/>
      <w:r>
        <w:t xml:space="preserve"> </w:t>
      </w:r>
      <w:proofErr w:type="spellStart"/>
      <w:r>
        <w:t>dôležité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a </w:t>
      </w:r>
      <w:proofErr w:type="spellStart"/>
      <w:r>
        <w:t>skutočnosti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týkajú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197E6CDE" w14:textId="77777777" w:rsidR="00DD3AF8" w:rsidRDefault="00DD3AF8" w:rsidP="00DD3AF8">
      <w:pPr>
        <w:spacing w:after="60"/>
        <w:ind w:left="720"/>
      </w:pPr>
    </w:p>
    <w:p w14:paraId="22233480" w14:textId="77777777" w:rsidR="00616A60" w:rsidRDefault="00DA6392" w:rsidP="009C2097">
      <w:pPr>
        <w:pStyle w:val="Odsekzoznamu"/>
        <w:numPr>
          <w:ilvl w:val="0"/>
          <w:numId w:val="12"/>
        </w:numPr>
        <w:spacing w:after="60"/>
        <w:jc w:val="both"/>
      </w:pPr>
      <w:r>
        <w:lastRenderedPageBreak/>
        <w:t xml:space="preserve">Rada </w:t>
      </w:r>
      <w:proofErr w:type="spellStart"/>
      <w:r>
        <w:t>školy</w:t>
      </w:r>
      <w:proofErr w:type="spellEnd"/>
      <w:r>
        <w:t xml:space="preserve"> pred </w:t>
      </w:r>
      <w:proofErr w:type="spellStart"/>
      <w:r>
        <w:t>výberovom</w:t>
      </w:r>
      <w:proofErr w:type="spellEnd"/>
      <w:r>
        <w:t xml:space="preserve"> </w:t>
      </w:r>
      <w:proofErr w:type="spellStart"/>
      <w:r>
        <w:t>konaní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obsadenie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riaditeľa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určí</w:t>
      </w:r>
      <w:proofErr w:type="spellEnd"/>
      <w:r>
        <w:t xml:space="preserve"> </w:t>
      </w:r>
      <w:proofErr w:type="spellStart"/>
      <w:r>
        <w:t>členov</w:t>
      </w:r>
      <w:proofErr w:type="spellEnd"/>
      <w:r w:rsidR="00DD3AF8">
        <w:t xml:space="preserve"> </w:t>
      </w:r>
      <w:proofErr w:type="spellStart"/>
      <w:r>
        <w:t>výberovej</w:t>
      </w:r>
      <w:proofErr w:type="spellEnd"/>
      <w:r>
        <w:t xml:space="preserve"> </w:t>
      </w:r>
      <w:proofErr w:type="spellStart"/>
      <w:r>
        <w:t>komisie</w:t>
      </w:r>
      <w:proofErr w:type="spellEnd"/>
      <w:r>
        <w:t xml:space="preserve"> v </w:t>
      </w:r>
      <w:proofErr w:type="spellStart"/>
      <w:r>
        <w:t>súlade</w:t>
      </w:r>
      <w:proofErr w:type="spellEnd"/>
      <w:r>
        <w:t xml:space="preserve"> s §11 ods. a) až e) zákona č. 321/2025 Z. z. </w:t>
      </w:r>
      <w:proofErr w:type="spellStart"/>
      <w:r>
        <w:t>Výberová</w:t>
      </w:r>
      <w:proofErr w:type="spellEnd"/>
      <w:r>
        <w:t xml:space="preserve"> </w:t>
      </w:r>
      <w:proofErr w:type="spellStart"/>
      <w:r>
        <w:t>komisia</w:t>
      </w:r>
      <w:proofErr w:type="spellEnd"/>
      <w:r>
        <w:t xml:space="preserve"> </w:t>
      </w:r>
      <w:proofErr w:type="spellStart"/>
      <w:r>
        <w:t>vo</w:t>
      </w:r>
      <w:proofErr w:type="spellEnd"/>
      <w:r w:rsidR="00DD3AF8">
        <w:t xml:space="preserve"> </w:t>
      </w:r>
      <w:proofErr w:type="spellStart"/>
      <w:r>
        <w:t>výberovom</w:t>
      </w:r>
      <w:proofErr w:type="spellEnd"/>
      <w:r>
        <w:t xml:space="preserve"> </w:t>
      </w:r>
      <w:proofErr w:type="spellStart"/>
      <w:r>
        <w:t>konaní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obsadenie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riaditeľa školy:</w:t>
      </w:r>
    </w:p>
    <w:p w14:paraId="3BA1E0A7" w14:textId="77777777" w:rsidR="00616A60" w:rsidRDefault="00DA6392" w:rsidP="009C2097">
      <w:pPr>
        <w:spacing w:after="60"/>
        <w:ind w:left="720"/>
        <w:jc w:val="both"/>
      </w:pPr>
      <w:r>
        <w:t xml:space="preserve">a) </w:t>
      </w:r>
      <w:proofErr w:type="spellStart"/>
      <w:r>
        <w:t>posúdi</w:t>
      </w:r>
      <w:proofErr w:type="spellEnd"/>
      <w:r>
        <w:t xml:space="preserve"> </w:t>
      </w:r>
      <w:proofErr w:type="spellStart"/>
      <w:r>
        <w:t>predložené</w:t>
      </w:r>
      <w:proofErr w:type="spellEnd"/>
      <w:r>
        <w:t xml:space="preserve"> </w:t>
      </w:r>
      <w:proofErr w:type="spellStart"/>
      <w:r>
        <w:t>podklady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uchádzačov</w:t>
      </w:r>
      <w:proofErr w:type="spellEnd"/>
      <w:r>
        <w:t xml:space="preserve"> a </w:t>
      </w:r>
      <w:proofErr w:type="spellStart"/>
      <w:r>
        <w:t>tajným</w:t>
      </w:r>
      <w:proofErr w:type="spellEnd"/>
      <w:r>
        <w:t xml:space="preserve"> </w:t>
      </w:r>
      <w:proofErr w:type="spellStart"/>
      <w:r>
        <w:t>hlasovaním</w:t>
      </w:r>
      <w:proofErr w:type="spellEnd"/>
      <w:r>
        <w:t xml:space="preserve"> </w:t>
      </w:r>
      <w:proofErr w:type="spellStart"/>
      <w:r>
        <w:t>určí</w:t>
      </w:r>
      <w:proofErr w:type="spellEnd"/>
      <w:r>
        <w:t xml:space="preserve"> </w:t>
      </w:r>
      <w:proofErr w:type="spellStart"/>
      <w:r>
        <w:t>poradie</w:t>
      </w:r>
      <w:proofErr w:type="spellEnd"/>
      <w:r w:rsidR="00DD3AF8">
        <w:t xml:space="preserve"> </w:t>
      </w:r>
      <w:proofErr w:type="spellStart"/>
      <w:r>
        <w:t>uchádzačov</w:t>
      </w:r>
      <w:proofErr w:type="spellEnd"/>
      <w:r>
        <w:t xml:space="preserve"> </w:t>
      </w:r>
      <w:proofErr w:type="spellStart"/>
      <w:r>
        <w:t>výberového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. Na </w:t>
      </w:r>
      <w:proofErr w:type="spellStart"/>
      <w:r>
        <w:t>platn</w:t>
      </w:r>
      <w:r w:rsidR="00DD3AF8">
        <w:t>é</w:t>
      </w:r>
      <w:proofErr w:type="spellEnd"/>
      <w:r w:rsidR="00DD3AF8">
        <w:t xml:space="preserve"> </w:t>
      </w:r>
      <w:proofErr w:type="spellStart"/>
      <w:r w:rsidR="00DD3AF8">
        <w:t>uznesenie</w:t>
      </w:r>
      <w:proofErr w:type="spellEnd"/>
      <w:r w:rsidR="00DD3AF8">
        <w:t xml:space="preserve"> </w:t>
      </w:r>
      <w:proofErr w:type="spellStart"/>
      <w:r w:rsidR="00DD3AF8">
        <w:t>vo</w:t>
      </w:r>
      <w:proofErr w:type="spellEnd"/>
      <w:r w:rsidR="00DD3AF8">
        <w:t xml:space="preserve"> </w:t>
      </w:r>
      <w:proofErr w:type="spellStart"/>
      <w:r w:rsidR="00DD3AF8">
        <w:t>veci</w:t>
      </w:r>
      <w:proofErr w:type="spellEnd"/>
      <w:r w:rsidR="00DD3AF8">
        <w:t xml:space="preserve"> </w:t>
      </w:r>
      <w:proofErr w:type="spellStart"/>
      <w:r w:rsidR="00DD3AF8">
        <w:t>vymenovania</w:t>
      </w:r>
      <w:proofErr w:type="spellEnd"/>
      <w:r w:rsidR="00DD3AF8"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odvolania</w:t>
      </w:r>
      <w:proofErr w:type="spellEnd"/>
      <w:r w:rsidR="00DD3AF8">
        <w:t xml:space="preserve"> </w:t>
      </w:r>
      <w:proofErr w:type="spellStart"/>
      <w:r>
        <w:t>riaditeľa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potrebný</w:t>
      </w:r>
      <w:proofErr w:type="spellEnd"/>
      <w:r>
        <w:t xml:space="preserve"> </w:t>
      </w:r>
      <w:proofErr w:type="spellStart"/>
      <w:r>
        <w:t>nadpolovičný</w:t>
      </w:r>
      <w:proofErr w:type="spellEnd"/>
      <w:r>
        <w:t xml:space="preserve">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hlasov</w:t>
      </w:r>
      <w:proofErr w:type="spellEnd"/>
      <w:r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výberovej komisie.</w:t>
      </w:r>
    </w:p>
    <w:p w14:paraId="4C342B74" w14:textId="77777777" w:rsidR="00616A60" w:rsidRDefault="00DA6392" w:rsidP="009C2097">
      <w:pPr>
        <w:spacing w:after="60"/>
        <w:ind w:left="720"/>
        <w:jc w:val="both"/>
      </w:pPr>
      <w:r>
        <w:t xml:space="preserve">b) </w:t>
      </w:r>
      <w:proofErr w:type="spellStart"/>
      <w:r>
        <w:t>odovzdá</w:t>
      </w:r>
      <w:proofErr w:type="spellEnd"/>
      <w:r>
        <w:t xml:space="preserve"> </w:t>
      </w:r>
      <w:proofErr w:type="spellStart"/>
      <w:r>
        <w:t>bezodkladne</w:t>
      </w:r>
      <w:proofErr w:type="spellEnd"/>
      <w:r>
        <w:t xml:space="preserve"> (do 3 </w:t>
      </w:r>
      <w:proofErr w:type="spellStart"/>
      <w:r>
        <w:t>pracovných</w:t>
      </w:r>
      <w:proofErr w:type="spellEnd"/>
      <w:r>
        <w:t xml:space="preserve"> </w:t>
      </w:r>
      <w:proofErr w:type="spellStart"/>
      <w:r>
        <w:t>dní</w:t>
      </w:r>
      <w:proofErr w:type="spellEnd"/>
      <w:r>
        <w:t xml:space="preserve">) </w:t>
      </w:r>
      <w:proofErr w:type="spellStart"/>
      <w:r>
        <w:t>uznesenie</w:t>
      </w:r>
      <w:proofErr w:type="spellEnd"/>
      <w:r>
        <w:t xml:space="preserve"> z </w:t>
      </w:r>
      <w:proofErr w:type="spellStart"/>
      <w:r>
        <w:t>výberového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zriaďovateľovi</w:t>
      </w:r>
      <w:proofErr w:type="spellEnd"/>
      <w:r w:rsidR="00DD3AF8"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poradie</w:t>
      </w:r>
      <w:proofErr w:type="spellEnd"/>
      <w:r>
        <w:t xml:space="preserve"> </w:t>
      </w:r>
      <w:proofErr w:type="spellStart"/>
      <w:r>
        <w:t>uchádzačov</w:t>
      </w:r>
      <w:proofErr w:type="spellEnd"/>
      <w:r>
        <w:t xml:space="preserve">, </w:t>
      </w:r>
      <w:proofErr w:type="spellStart"/>
      <w:r>
        <w:t>podpísané</w:t>
      </w:r>
      <w:proofErr w:type="spellEnd"/>
      <w:r>
        <w:t xml:space="preserve"> </w:t>
      </w:r>
      <w:proofErr w:type="spellStart"/>
      <w:r>
        <w:t>predsedom</w:t>
      </w:r>
      <w:proofErr w:type="spellEnd"/>
      <w:r>
        <w:t xml:space="preserve"> </w:t>
      </w:r>
      <w:proofErr w:type="spellStart"/>
      <w:r>
        <w:t>výberovej</w:t>
      </w:r>
      <w:proofErr w:type="spellEnd"/>
      <w:r>
        <w:t xml:space="preserve"> </w:t>
      </w:r>
      <w:proofErr w:type="spellStart"/>
      <w:r>
        <w:t>komisie</w:t>
      </w:r>
      <w:proofErr w:type="spellEnd"/>
      <w:r>
        <w:t xml:space="preserve"> a </w:t>
      </w:r>
      <w:proofErr w:type="spellStart"/>
      <w:r>
        <w:t>výsledky</w:t>
      </w:r>
      <w:proofErr w:type="spellEnd"/>
      <w:r>
        <w:t xml:space="preserve"> </w:t>
      </w:r>
      <w:proofErr w:type="spellStart"/>
      <w:r>
        <w:t>volieb</w:t>
      </w:r>
      <w:proofErr w:type="spellEnd"/>
      <w:r w:rsidR="00DD3AF8">
        <w:t xml:space="preserve"> </w:t>
      </w:r>
      <w:proofErr w:type="spellStart"/>
      <w:r>
        <w:t>zverejní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0873D13E" w14:textId="77777777" w:rsidR="00616A60" w:rsidRDefault="00616A60"/>
    <w:p w14:paraId="5E2EF1AB" w14:textId="77777777" w:rsidR="00616A60" w:rsidRDefault="00DA6392" w:rsidP="00AE3900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IV.</w:t>
      </w:r>
    </w:p>
    <w:p w14:paraId="49FA0529" w14:textId="77777777" w:rsidR="00D31F22" w:rsidRDefault="00D31F22" w:rsidP="00AE3900">
      <w:pPr>
        <w:spacing w:after="60"/>
        <w:jc w:val="center"/>
      </w:pPr>
    </w:p>
    <w:p w14:paraId="17A4E025" w14:textId="77777777" w:rsidR="00616A60" w:rsidRDefault="00DA6392">
      <w:pPr>
        <w:spacing w:after="60"/>
      </w:pPr>
      <w:r>
        <w:rPr>
          <w:b/>
        </w:rPr>
        <w:t>Zloženie rady školy</w:t>
      </w:r>
    </w:p>
    <w:p w14:paraId="2B37B4A6" w14:textId="77777777" w:rsidR="00616A60" w:rsidRDefault="00DD3AF8" w:rsidP="009C2097">
      <w:pPr>
        <w:spacing w:after="60"/>
        <w:ind w:firstLine="720"/>
        <w:jc w:val="both"/>
      </w:pPr>
      <w:r>
        <w:t xml:space="preserve">1. 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5</w:t>
      </w:r>
      <w:r w:rsidR="00DA6392">
        <w:t xml:space="preserve"> </w:t>
      </w:r>
      <w:proofErr w:type="spellStart"/>
      <w:r w:rsidR="00DA6392">
        <w:t>členov</w:t>
      </w:r>
      <w:proofErr w:type="spellEnd"/>
      <w:r w:rsidR="00DA6392">
        <w:t>.</w:t>
      </w:r>
    </w:p>
    <w:p w14:paraId="131A098B" w14:textId="77777777" w:rsidR="00616A60" w:rsidRDefault="00DA6392" w:rsidP="009C2097">
      <w:pPr>
        <w:spacing w:after="60"/>
        <w:ind w:firstLine="720"/>
        <w:jc w:val="both"/>
      </w:pPr>
      <w:r>
        <w:t>2. Členmi rady školy sú:</w:t>
      </w:r>
    </w:p>
    <w:p w14:paraId="68ECC6AD" w14:textId="77777777" w:rsidR="00616A60" w:rsidRDefault="00DA6392" w:rsidP="009C2097">
      <w:pPr>
        <w:spacing w:after="60"/>
        <w:ind w:firstLine="720"/>
        <w:jc w:val="both"/>
      </w:pPr>
      <w:r>
        <w:t xml:space="preserve">a) </w:t>
      </w:r>
      <w:proofErr w:type="spellStart"/>
      <w:r>
        <w:t>dvaja</w:t>
      </w:r>
      <w:proofErr w:type="spellEnd"/>
      <w:r>
        <w:t xml:space="preserve"> </w:t>
      </w:r>
      <w:proofErr w:type="spellStart"/>
      <w:r>
        <w:t>delegovaní</w:t>
      </w:r>
      <w:proofErr w:type="spellEnd"/>
      <w:r>
        <w:t xml:space="preserve"> </w:t>
      </w:r>
      <w:proofErr w:type="spellStart"/>
      <w:r>
        <w:t>zástupcovia</w:t>
      </w:r>
      <w:proofErr w:type="spellEnd"/>
      <w:r>
        <w:t xml:space="preserve"> </w:t>
      </w:r>
      <w:proofErr w:type="spellStart"/>
      <w:r>
        <w:t>zriaďovateľa</w:t>
      </w:r>
      <w:proofErr w:type="spellEnd"/>
    </w:p>
    <w:p w14:paraId="5E8EC8FE" w14:textId="77777777" w:rsidR="00616A60" w:rsidRDefault="00DD3AF8" w:rsidP="009C2097">
      <w:pPr>
        <w:spacing w:after="60"/>
        <w:ind w:left="720"/>
        <w:jc w:val="both"/>
      </w:pPr>
      <w:r>
        <w:t xml:space="preserve">b) </w:t>
      </w:r>
      <w:proofErr w:type="spellStart"/>
      <w:r w:rsidR="00DA6392">
        <w:t>jeden</w:t>
      </w:r>
      <w:proofErr w:type="spellEnd"/>
      <w:r>
        <w:t xml:space="preserve"> </w:t>
      </w:r>
      <w:proofErr w:type="spellStart"/>
      <w:r>
        <w:t>zvolený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zástupca</w:t>
      </w:r>
      <w:proofErr w:type="spellEnd"/>
      <w:r>
        <w:t xml:space="preserve"> </w:t>
      </w:r>
      <w:proofErr w:type="spellStart"/>
      <w:r w:rsidR="00DA6392">
        <w:t>detí</w:t>
      </w:r>
      <w:proofErr w:type="spellEnd"/>
    </w:p>
    <w:p w14:paraId="26C19290" w14:textId="77777777" w:rsidR="00616A60" w:rsidRDefault="00AE3900" w:rsidP="009C2097">
      <w:pPr>
        <w:spacing w:after="60"/>
        <w:ind w:left="720"/>
        <w:jc w:val="both"/>
      </w:pPr>
      <w:r>
        <w:t xml:space="preserve">c) </w:t>
      </w:r>
      <w:proofErr w:type="spellStart"/>
      <w:r w:rsidR="00DA6392">
        <w:t>dvaja</w:t>
      </w:r>
      <w:proofErr w:type="spellEnd"/>
      <w:r>
        <w:t xml:space="preserve"> </w:t>
      </w:r>
      <w:proofErr w:type="spellStart"/>
      <w:r>
        <w:t>zvolení</w:t>
      </w:r>
      <w:proofErr w:type="spellEnd"/>
      <w:r>
        <w:t xml:space="preserve"> </w:t>
      </w:r>
      <w:proofErr w:type="spellStart"/>
      <w:r>
        <w:t>zástupcovia</w:t>
      </w:r>
      <w:proofErr w:type="spellEnd"/>
      <w:r w:rsidR="00DA6392">
        <w:t xml:space="preserve"> </w:t>
      </w:r>
      <w:proofErr w:type="spellStart"/>
      <w:r w:rsidR="00DA6392">
        <w:t>zamestnancov</w:t>
      </w:r>
      <w:proofErr w:type="spellEnd"/>
      <w:r w:rsidR="00DA6392">
        <w:t xml:space="preserve"> </w:t>
      </w:r>
      <w:proofErr w:type="spellStart"/>
      <w:r w:rsidR="00DA6392">
        <w:t>školy</w:t>
      </w:r>
      <w:proofErr w:type="spellEnd"/>
      <w:r>
        <w:t xml:space="preserve"> (1 </w:t>
      </w:r>
      <w:proofErr w:type="spellStart"/>
      <w:r>
        <w:t>pedagogický</w:t>
      </w:r>
      <w:proofErr w:type="spellEnd"/>
      <w:r>
        <w:t xml:space="preserve"> </w:t>
      </w:r>
      <w:proofErr w:type="spellStart"/>
      <w:r>
        <w:t>zástupca</w:t>
      </w:r>
      <w:proofErr w:type="spellEnd"/>
      <w:r>
        <w:t xml:space="preserve">, 1 </w:t>
      </w:r>
      <w:proofErr w:type="spellStart"/>
      <w:r>
        <w:t>nepedagogický</w:t>
      </w:r>
      <w:proofErr w:type="spellEnd"/>
      <w:r>
        <w:t xml:space="preserve"> </w:t>
      </w:r>
      <w:proofErr w:type="spellStart"/>
      <w:r>
        <w:t>zástupca</w:t>
      </w:r>
      <w:proofErr w:type="spellEnd"/>
      <w:r>
        <w:t>)</w:t>
      </w:r>
      <w:r w:rsidR="00D31F22">
        <w:t>.</w:t>
      </w:r>
    </w:p>
    <w:p w14:paraId="6B20736E" w14:textId="77777777" w:rsidR="00AE3900" w:rsidRDefault="00AE3900">
      <w:pPr>
        <w:spacing w:after="60"/>
        <w:rPr>
          <w:b/>
          <w:sz w:val="26"/>
        </w:rPr>
      </w:pPr>
    </w:p>
    <w:p w14:paraId="56F929FC" w14:textId="77777777" w:rsidR="00616A60" w:rsidRDefault="00DA6392" w:rsidP="00AE3900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V.</w:t>
      </w:r>
    </w:p>
    <w:p w14:paraId="2FCC9F76" w14:textId="77777777" w:rsidR="00D31F22" w:rsidRDefault="00D31F22" w:rsidP="00AE3900">
      <w:pPr>
        <w:spacing w:after="60"/>
        <w:jc w:val="center"/>
      </w:pPr>
    </w:p>
    <w:p w14:paraId="580E2F75" w14:textId="77777777" w:rsidR="00616A60" w:rsidRDefault="00DA6392">
      <w:pPr>
        <w:spacing w:after="60"/>
      </w:pPr>
      <w:r>
        <w:rPr>
          <w:b/>
        </w:rPr>
        <w:t>Spôsob voľby členov rady školy</w:t>
      </w:r>
    </w:p>
    <w:p w14:paraId="333F812F" w14:textId="77777777" w:rsidR="00616A60" w:rsidRDefault="00DA6392" w:rsidP="009C2097">
      <w:pPr>
        <w:spacing w:after="60"/>
        <w:ind w:left="720"/>
        <w:jc w:val="both"/>
      </w:pPr>
      <w:r>
        <w:t xml:space="preserve">1.  Voľby do rady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vyhlasuje</w:t>
      </w:r>
      <w:proofErr w:type="spellEnd"/>
      <w:r>
        <w:t xml:space="preserve"> </w:t>
      </w:r>
      <w:proofErr w:type="spellStart"/>
      <w:r>
        <w:t>zriaďovateľ</w:t>
      </w:r>
      <w:proofErr w:type="spellEnd"/>
      <w:r>
        <w:t xml:space="preserve"> </w:t>
      </w:r>
      <w:proofErr w:type="spellStart"/>
      <w:r>
        <w:t>najneskôr</w:t>
      </w:r>
      <w:proofErr w:type="spellEnd"/>
      <w:r>
        <w:t xml:space="preserve"> 30 </w:t>
      </w:r>
      <w:proofErr w:type="spellStart"/>
      <w:r>
        <w:t>dní</w:t>
      </w:r>
      <w:proofErr w:type="spellEnd"/>
      <w:r>
        <w:t xml:space="preserve"> pred </w:t>
      </w:r>
      <w:proofErr w:type="spellStart"/>
      <w:r>
        <w:t>dňom</w:t>
      </w:r>
      <w:proofErr w:type="spellEnd"/>
      <w:r>
        <w:t xml:space="preserve"> </w:t>
      </w:r>
      <w:proofErr w:type="spellStart"/>
      <w:r>
        <w:t>skončenia</w:t>
      </w:r>
      <w:proofErr w:type="spellEnd"/>
      <w:r>
        <w:t xml:space="preserve"> </w:t>
      </w:r>
      <w:proofErr w:type="spellStart"/>
      <w:r>
        <w:t>funkčného</w:t>
      </w:r>
      <w:proofErr w:type="spellEnd"/>
      <w:r w:rsidR="00AE3900">
        <w:t xml:space="preserve"> </w:t>
      </w:r>
      <w:proofErr w:type="spellStart"/>
      <w:r>
        <w:t>obdobia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Voľby do rady školy sa vyhlasujú pre každú kategóriu voličov. </w:t>
      </w:r>
      <w:proofErr w:type="spellStart"/>
      <w:r>
        <w:t>Vyhlásenie</w:t>
      </w:r>
      <w:proofErr w:type="spellEnd"/>
      <w:r w:rsidR="00AE3900">
        <w:t xml:space="preserve"> </w:t>
      </w:r>
      <w:proofErr w:type="spellStart"/>
      <w:r>
        <w:t>volieb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zverejňuje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školy. </w:t>
      </w:r>
      <w:proofErr w:type="spellStart"/>
      <w:r>
        <w:t>Voľby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organizačne</w:t>
      </w:r>
      <w:proofErr w:type="spellEnd"/>
      <w:r w:rsidR="00AE3900">
        <w:t xml:space="preserve"> </w:t>
      </w:r>
      <w:proofErr w:type="spellStart"/>
      <w:r>
        <w:t>zabezpečuje</w:t>
      </w:r>
      <w:proofErr w:type="spellEnd"/>
      <w:r>
        <w:t xml:space="preserve"> </w:t>
      </w:r>
      <w:proofErr w:type="spellStart"/>
      <w:r>
        <w:t>riaditeľ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písomného</w:t>
      </w:r>
      <w:proofErr w:type="spellEnd"/>
      <w:r>
        <w:t xml:space="preserve"> </w:t>
      </w:r>
      <w:proofErr w:type="spellStart"/>
      <w:r>
        <w:t>poverenia</w:t>
      </w:r>
      <w:proofErr w:type="spellEnd"/>
      <w:r>
        <w:t xml:space="preserve"> </w:t>
      </w:r>
      <w:proofErr w:type="spellStart"/>
      <w:r>
        <w:t>zriaďovateľa</w:t>
      </w:r>
      <w:proofErr w:type="spellEnd"/>
      <w:r>
        <w:t>.</w:t>
      </w:r>
    </w:p>
    <w:p w14:paraId="264BAE36" w14:textId="77777777" w:rsidR="00616A60" w:rsidRDefault="00AE3900" w:rsidP="009C2097">
      <w:pPr>
        <w:spacing w:after="60"/>
        <w:ind w:left="720"/>
        <w:jc w:val="both"/>
      </w:pPr>
      <w:r>
        <w:t xml:space="preserve">2. </w:t>
      </w:r>
      <w:proofErr w:type="spellStart"/>
      <w:r>
        <w:t>Voľba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 w:rsidR="00DA6392">
        <w:t>detí</w:t>
      </w:r>
      <w:proofErr w:type="spellEnd"/>
      <w:r w:rsidR="00DA6392">
        <w:t xml:space="preserve"> do </w:t>
      </w:r>
      <w:proofErr w:type="spellStart"/>
      <w:r w:rsidR="00DA6392">
        <w:t>rady</w:t>
      </w:r>
      <w:proofErr w:type="spellEnd"/>
      <w:r w:rsidR="00DA6392">
        <w:t xml:space="preserve"> </w:t>
      </w:r>
      <w:proofErr w:type="spellStart"/>
      <w:r w:rsidR="00DA6392">
        <w:t>školy</w:t>
      </w:r>
      <w:proofErr w:type="spellEnd"/>
      <w:r w:rsidR="00DA6392">
        <w:t xml:space="preserve"> </w:t>
      </w:r>
      <w:proofErr w:type="spellStart"/>
      <w:r w:rsidR="00DA6392">
        <w:t>sa</w:t>
      </w:r>
      <w:proofErr w:type="spellEnd"/>
      <w:r w:rsidR="00DA6392">
        <w:t xml:space="preserve"> </w:t>
      </w:r>
      <w:proofErr w:type="spellStart"/>
      <w:r w:rsidR="00DA6392">
        <w:t>uskutočňuje</w:t>
      </w:r>
      <w:proofErr w:type="spellEnd"/>
      <w:r w:rsidR="00DA6392">
        <w:t xml:space="preserve"> </w:t>
      </w:r>
      <w:proofErr w:type="spellStart"/>
      <w:r w:rsidR="00DA6392">
        <w:t>tajným</w:t>
      </w:r>
      <w:proofErr w:type="spellEnd"/>
      <w:r w:rsidR="00DA6392">
        <w:t xml:space="preserve"> </w:t>
      </w:r>
      <w:proofErr w:type="spellStart"/>
      <w:r w:rsidR="00DA6392">
        <w:t>hlasovaním</w:t>
      </w:r>
      <w:proofErr w:type="spellEnd"/>
      <w:r>
        <w:t xml:space="preserve"> </w:t>
      </w:r>
      <w:proofErr w:type="spellStart"/>
      <w:r w:rsidR="00DA6392">
        <w:t>rodičov</w:t>
      </w:r>
      <w:proofErr w:type="spellEnd"/>
      <w:r w:rsidR="00DA6392">
        <w:t xml:space="preserve"> </w:t>
      </w:r>
      <w:proofErr w:type="spellStart"/>
      <w:r w:rsidR="00DA6392">
        <w:t>detí</w:t>
      </w:r>
      <w:proofErr w:type="spellEnd"/>
      <w:r w:rsidR="00DA6392">
        <w:t xml:space="preserve"> </w:t>
      </w:r>
      <w:proofErr w:type="spellStart"/>
      <w:r w:rsidR="00DA6392">
        <w:t>navštevujúcich</w:t>
      </w:r>
      <w:proofErr w:type="spellEnd"/>
      <w:r w:rsidR="00DA6392">
        <w:t xml:space="preserve"> MŠ. </w:t>
      </w:r>
      <w:proofErr w:type="spellStart"/>
      <w:r w:rsidR="00DA6392">
        <w:t>Obaja</w:t>
      </w:r>
      <w:proofErr w:type="spellEnd"/>
      <w:r w:rsidR="00DA6392">
        <w:t xml:space="preserve"> </w:t>
      </w:r>
      <w:proofErr w:type="spellStart"/>
      <w:r w:rsidR="00DA6392">
        <w:t>zákonní</w:t>
      </w:r>
      <w:proofErr w:type="spellEnd"/>
      <w:r w:rsidR="00DA6392">
        <w:t xml:space="preserve"> </w:t>
      </w:r>
      <w:proofErr w:type="spellStart"/>
      <w:r w:rsidR="00DA6392">
        <w:t>zástupcovia</w:t>
      </w:r>
      <w:proofErr w:type="spellEnd"/>
      <w:r w:rsidR="00DA6392">
        <w:t xml:space="preserve"> </w:t>
      </w:r>
      <w:proofErr w:type="spellStart"/>
      <w:r w:rsidR="00DA6392">
        <w:t>majú</w:t>
      </w:r>
      <w:proofErr w:type="spellEnd"/>
      <w:r w:rsidR="00DA6392">
        <w:t xml:space="preserve"> </w:t>
      </w:r>
      <w:proofErr w:type="spellStart"/>
      <w:r w:rsidR="00DA6392">
        <w:t>spoločne</w:t>
      </w:r>
      <w:proofErr w:type="spellEnd"/>
      <w:r w:rsidR="00DA6392">
        <w:t xml:space="preserve"> </w:t>
      </w:r>
      <w:proofErr w:type="spellStart"/>
      <w:r w:rsidR="00DA6392">
        <w:t>jeden</w:t>
      </w:r>
      <w:proofErr w:type="spellEnd"/>
      <w:r w:rsidR="00DA6392">
        <w:t xml:space="preserve"> </w:t>
      </w:r>
      <w:proofErr w:type="spellStart"/>
      <w:r w:rsidR="00DA6392">
        <w:t>hlas</w:t>
      </w:r>
      <w:proofErr w:type="spellEnd"/>
      <w:r w:rsidR="00DA6392">
        <w:t xml:space="preserve"> bez</w:t>
      </w:r>
      <w:r>
        <w:t xml:space="preserve"> </w:t>
      </w:r>
      <w:proofErr w:type="spellStart"/>
      <w:r w:rsidR="00DA6392">
        <w:t>ohľadu</w:t>
      </w:r>
      <w:proofErr w:type="spellEnd"/>
      <w:r w:rsidR="00DA6392">
        <w:t xml:space="preserve"> </w:t>
      </w:r>
      <w:proofErr w:type="spellStart"/>
      <w:r w:rsidR="00DA6392">
        <w:t>na</w:t>
      </w:r>
      <w:proofErr w:type="spellEnd"/>
      <w:r w:rsidR="00DA6392">
        <w:t xml:space="preserve"> </w:t>
      </w:r>
      <w:proofErr w:type="spellStart"/>
      <w:r w:rsidR="00DA6392">
        <w:t>skutočnosť</w:t>
      </w:r>
      <w:proofErr w:type="spellEnd"/>
      <w:r w:rsidR="00DA6392">
        <w:t xml:space="preserve">, </w:t>
      </w:r>
      <w:proofErr w:type="spellStart"/>
      <w:r w:rsidR="00DA6392">
        <w:t>či</w:t>
      </w:r>
      <w:proofErr w:type="spellEnd"/>
      <w:r w:rsidR="00DA6392">
        <w:t xml:space="preserve"> </w:t>
      </w:r>
      <w:proofErr w:type="spellStart"/>
      <w:r w:rsidR="00DA6392">
        <w:t>sú</w:t>
      </w:r>
      <w:proofErr w:type="spellEnd"/>
      <w:r w:rsidR="00DA6392">
        <w:t xml:space="preserve"> manželmi; </w:t>
      </w:r>
      <w:proofErr w:type="spellStart"/>
      <w:r w:rsidR="00DA6392">
        <w:t>ak</w:t>
      </w:r>
      <w:proofErr w:type="spellEnd"/>
      <w:r w:rsidR="00DA6392">
        <w:t xml:space="preserve"> </w:t>
      </w:r>
      <w:proofErr w:type="spellStart"/>
      <w:r w:rsidR="00DA6392">
        <w:t>školu</w:t>
      </w:r>
      <w:proofErr w:type="spellEnd"/>
      <w:r w:rsidR="00DA6392">
        <w:t xml:space="preserve"> </w:t>
      </w:r>
      <w:proofErr w:type="spellStart"/>
      <w:r w:rsidR="00DA6392">
        <w:t>navštevuje</w:t>
      </w:r>
      <w:proofErr w:type="spellEnd"/>
      <w:r w:rsidR="00DA6392">
        <w:t xml:space="preserve"> </w:t>
      </w:r>
      <w:proofErr w:type="spellStart"/>
      <w:r w:rsidR="00DA6392">
        <w:t>viac</w:t>
      </w:r>
      <w:proofErr w:type="spellEnd"/>
      <w:r w:rsidR="00DA6392">
        <w:t xml:space="preserve"> ich </w:t>
      </w:r>
      <w:proofErr w:type="spellStart"/>
      <w:r w:rsidR="00DA6392">
        <w:t>detí</w:t>
      </w:r>
      <w:proofErr w:type="spellEnd"/>
      <w:r w:rsidR="00DA6392">
        <w:t xml:space="preserve">, za </w:t>
      </w:r>
      <w:proofErr w:type="spellStart"/>
      <w:r w:rsidR="00DA6392">
        <w:t>každé</w:t>
      </w:r>
      <w:proofErr w:type="spellEnd"/>
      <w:r w:rsidR="00DA6392">
        <w:t xml:space="preserve"> </w:t>
      </w:r>
      <w:proofErr w:type="spellStart"/>
      <w:r w:rsidR="00DA6392">
        <w:t>dieťa</w:t>
      </w:r>
      <w:proofErr w:type="spellEnd"/>
      <w:r w:rsidR="00DA6392">
        <w:t xml:space="preserve"> </w:t>
      </w:r>
      <w:proofErr w:type="spellStart"/>
      <w:r w:rsidR="00DA6392">
        <w:t>majú</w:t>
      </w:r>
      <w:proofErr w:type="spellEnd"/>
      <w:r>
        <w:t xml:space="preserve"> </w:t>
      </w:r>
      <w:proofErr w:type="spellStart"/>
      <w:r w:rsidR="00DA6392">
        <w:t>spoločne</w:t>
      </w:r>
      <w:proofErr w:type="spellEnd"/>
      <w:r w:rsidR="00DA6392">
        <w:t xml:space="preserve"> </w:t>
      </w:r>
      <w:proofErr w:type="spellStart"/>
      <w:r w:rsidR="00DA6392">
        <w:t>jeden</w:t>
      </w:r>
      <w:proofErr w:type="spellEnd"/>
      <w:r w:rsidR="00DA6392">
        <w:t xml:space="preserve"> </w:t>
      </w:r>
      <w:proofErr w:type="spellStart"/>
      <w:r w:rsidR="00DA6392">
        <w:t>hlas</w:t>
      </w:r>
      <w:proofErr w:type="spellEnd"/>
      <w:r w:rsidR="00DA6392">
        <w:t xml:space="preserve">. </w:t>
      </w:r>
      <w:proofErr w:type="spellStart"/>
      <w:r w:rsidR="00DA6392">
        <w:t>Každý</w:t>
      </w:r>
      <w:proofErr w:type="spellEnd"/>
      <w:r w:rsidR="00DA6392">
        <w:t xml:space="preserve"> </w:t>
      </w:r>
      <w:proofErr w:type="spellStart"/>
      <w:r w:rsidR="00DA6392">
        <w:t>hlasujúci</w:t>
      </w:r>
      <w:proofErr w:type="spellEnd"/>
      <w:r w:rsidR="00DA6392">
        <w:t xml:space="preserve"> </w:t>
      </w:r>
      <w:proofErr w:type="spellStart"/>
      <w:r w:rsidR="00DA6392">
        <w:t>vyznačí</w:t>
      </w:r>
      <w:proofErr w:type="spellEnd"/>
      <w:r w:rsidR="00DA6392">
        <w:t xml:space="preserve"> </w:t>
      </w:r>
      <w:proofErr w:type="spellStart"/>
      <w:r w:rsidR="00DA6392">
        <w:t>krúžkovaním</w:t>
      </w:r>
      <w:proofErr w:type="spellEnd"/>
      <w:r w:rsidR="00DA6392">
        <w:t xml:space="preserve"> </w:t>
      </w:r>
      <w:proofErr w:type="spellStart"/>
      <w:r w:rsidR="00DA6392">
        <w:t>zvoleného</w:t>
      </w:r>
      <w:proofErr w:type="spellEnd"/>
      <w:r w:rsidR="00DA6392">
        <w:t xml:space="preserve"> </w:t>
      </w:r>
      <w:proofErr w:type="spellStart"/>
      <w:r w:rsidR="00DA6392">
        <w:t>kandidáta</w:t>
      </w:r>
      <w:proofErr w:type="spellEnd"/>
      <w:r w:rsidR="00DA6392">
        <w:t xml:space="preserve"> </w:t>
      </w:r>
      <w:proofErr w:type="spellStart"/>
      <w:r w:rsidR="00DA6392">
        <w:t>na</w:t>
      </w:r>
      <w:proofErr w:type="spellEnd"/>
      <w:r w:rsidR="00DA6392">
        <w:t xml:space="preserve"> </w:t>
      </w:r>
      <w:proofErr w:type="spellStart"/>
      <w:r w:rsidR="00DA6392">
        <w:t>hlasovacom</w:t>
      </w:r>
      <w:proofErr w:type="spellEnd"/>
      <w:r>
        <w:t xml:space="preserve"> </w:t>
      </w:r>
      <w:proofErr w:type="spellStart"/>
      <w:r w:rsidR="00DA6392">
        <w:t>lístku</w:t>
      </w:r>
      <w:proofErr w:type="spellEnd"/>
      <w:r w:rsidR="00DA6392">
        <w:t xml:space="preserve">. </w:t>
      </w:r>
      <w:proofErr w:type="spellStart"/>
      <w:r w:rsidR="00DA6392">
        <w:t>Hlasovací</w:t>
      </w:r>
      <w:proofErr w:type="spellEnd"/>
      <w:r w:rsidR="00DA6392">
        <w:t xml:space="preserve"> </w:t>
      </w:r>
      <w:proofErr w:type="spellStart"/>
      <w:r w:rsidR="00DA6392">
        <w:t>lístok</w:t>
      </w:r>
      <w:proofErr w:type="spellEnd"/>
      <w:r w:rsidR="00DA6392">
        <w:t xml:space="preserve"> je </w:t>
      </w:r>
      <w:proofErr w:type="spellStart"/>
      <w:r w:rsidR="00DA6392">
        <w:t>platný</w:t>
      </w:r>
      <w:proofErr w:type="spellEnd"/>
      <w:r w:rsidR="00DA6392">
        <w:t xml:space="preserve">, </w:t>
      </w:r>
      <w:proofErr w:type="spellStart"/>
      <w:r w:rsidR="00DA6392">
        <w:t>ak</w:t>
      </w:r>
      <w:proofErr w:type="spellEnd"/>
      <w:r w:rsidR="00DA6392">
        <w:t xml:space="preserve"> </w:t>
      </w:r>
      <w:proofErr w:type="spellStart"/>
      <w:r w:rsidR="00DA6392">
        <w:t>na</w:t>
      </w:r>
      <w:proofErr w:type="spellEnd"/>
      <w:r w:rsidR="00DA6392">
        <w:t xml:space="preserve"> </w:t>
      </w:r>
      <w:proofErr w:type="spellStart"/>
      <w:r w:rsidR="00DA6392">
        <w:t>ňom</w:t>
      </w:r>
      <w:proofErr w:type="spellEnd"/>
      <w:r w:rsidR="00DA6392">
        <w:t xml:space="preserve"> </w:t>
      </w:r>
      <w:proofErr w:type="spellStart"/>
      <w:r w:rsidR="00DA6392">
        <w:t>volič</w:t>
      </w:r>
      <w:proofErr w:type="spellEnd"/>
      <w:r w:rsidR="00DA6392">
        <w:t xml:space="preserve"> </w:t>
      </w:r>
      <w:proofErr w:type="spellStart"/>
      <w:r w:rsidR="00DA6392">
        <w:t>vyzn</w:t>
      </w:r>
      <w:r>
        <w:t>ačí</w:t>
      </w:r>
      <w:proofErr w:type="spellEnd"/>
      <w:r>
        <w:t xml:space="preserve"> 1 </w:t>
      </w:r>
      <w:proofErr w:type="spellStart"/>
      <w:r>
        <w:t>kandidáta</w:t>
      </w:r>
      <w:proofErr w:type="spellEnd"/>
      <w:r w:rsidR="00DA6392">
        <w:t>.</w:t>
      </w:r>
    </w:p>
    <w:p w14:paraId="406701B1" w14:textId="77777777" w:rsidR="00616A60" w:rsidRDefault="00DA6392" w:rsidP="009C2097">
      <w:pPr>
        <w:spacing w:after="60"/>
        <w:ind w:left="720"/>
        <w:jc w:val="both"/>
      </w:pPr>
      <w:r>
        <w:lastRenderedPageBreak/>
        <w:t xml:space="preserve">3. Voľba </w:t>
      </w:r>
      <w:proofErr w:type="spellStart"/>
      <w:r>
        <w:t>zamestnancov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uskutočňuje</w:t>
      </w:r>
      <w:proofErr w:type="spellEnd"/>
      <w:r>
        <w:t xml:space="preserve"> </w:t>
      </w:r>
      <w:proofErr w:type="spellStart"/>
      <w:r>
        <w:t>tajným</w:t>
      </w:r>
      <w:proofErr w:type="spellEnd"/>
      <w:r>
        <w:t xml:space="preserve"> </w:t>
      </w:r>
      <w:proofErr w:type="spellStart"/>
      <w:r>
        <w:t>hlasovaním</w:t>
      </w:r>
      <w:proofErr w:type="spellEnd"/>
      <w:r>
        <w:t xml:space="preserve"> </w:t>
      </w:r>
      <w:proofErr w:type="spellStart"/>
      <w:r>
        <w:t>všetkých</w:t>
      </w:r>
      <w:proofErr w:type="spellEnd"/>
      <w:r w:rsidR="00AE3900">
        <w:t xml:space="preserve"> </w:t>
      </w:r>
      <w:proofErr w:type="spellStart"/>
      <w:r>
        <w:t>zamestnancov</w:t>
      </w:r>
      <w:proofErr w:type="spellEnd"/>
      <w:r>
        <w:t xml:space="preserve">. </w:t>
      </w:r>
      <w:proofErr w:type="spellStart"/>
      <w:r>
        <w:t>Každý</w:t>
      </w:r>
      <w:proofErr w:type="spellEnd"/>
      <w:r>
        <w:t xml:space="preserve"> </w:t>
      </w:r>
      <w:proofErr w:type="spellStart"/>
      <w:r>
        <w:t>hlasujúci</w:t>
      </w:r>
      <w:proofErr w:type="spellEnd"/>
      <w:r>
        <w:t xml:space="preserve"> </w:t>
      </w:r>
      <w:proofErr w:type="spellStart"/>
      <w:r>
        <w:t>vyznačí</w:t>
      </w:r>
      <w:proofErr w:type="spellEnd"/>
      <w:r>
        <w:t xml:space="preserve"> </w:t>
      </w:r>
      <w:proofErr w:type="spellStart"/>
      <w:r>
        <w:t>krúžkovaním</w:t>
      </w:r>
      <w:proofErr w:type="spellEnd"/>
      <w:r>
        <w:t xml:space="preserve"> </w:t>
      </w:r>
      <w:proofErr w:type="spellStart"/>
      <w:r>
        <w:t>zvoleného</w:t>
      </w:r>
      <w:proofErr w:type="spellEnd"/>
      <w:r>
        <w:t xml:space="preserve"> </w:t>
      </w:r>
      <w:proofErr w:type="spellStart"/>
      <w:r>
        <w:t>kandidáta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hlasovacom</w:t>
      </w:r>
      <w:proofErr w:type="spellEnd"/>
      <w:r w:rsidR="00AE3900">
        <w:t xml:space="preserve"> </w:t>
      </w:r>
      <w:proofErr w:type="spellStart"/>
      <w:r>
        <w:t>lístku</w:t>
      </w:r>
      <w:proofErr w:type="spellEnd"/>
      <w:r>
        <w:t xml:space="preserve">. </w:t>
      </w:r>
      <w:proofErr w:type="spellStart"/>
      <w:r>
        <w:t>Hlasovací</w:t>
      </w:r>
      <w:proofErr w:type="spellEnd"/>
      <w:r>
        <w:t xml:space="preserve"> </w:t>
      </w:r>
      <w:proofErr w:type="spellStart"/>
      <w:r>
        <w:t>lístok</w:t>
      </w:r>
      <w:proofErr w:type="spellEnd"/>
      <w:r>
        <w:t xml:space="preserve"> je </w:t>
      </w:r>
      <w:proofErr w:type="spellStart"/>
      <w:r>
        <w:t>platný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ňom</w:t>
      </w:r>
      <w:proofErr w:type="spellEnd"/>
      <w:r>
        <w:t xml:space="preserve"> </w:t>
      </w:r>
      <w:proofErr w:type="spellStart"/>
      <w:r>
        <w:t>volič</w:t>
      </w:r>
      <w:proofErr w:type="spellEnd"/>
      <w:r>
        <w:t xml:space="preserve"> </w:t>
      </w:r>
      <w:proofErr w:type="spellStart"/>
      <w:r>
        <w:t>vyzn</w:t>
      </w:r>
      <w:r w:rsidR="00AE3900">
        <w:t>ačí</w:t>
      </w:r>
      <w:proofErr w:type="spellEnd"/>
      <w:r w:rsidR="00AE3900">
        <w:t xml:space="preserve"> 1 </w:t>
      </w:r>
      <w:proofErr w:type="spellStart"/>
      <w:r w:rsidR="00AE3900">
        <w:t>kandidáta</w:t>
      </w:r>
      <w:proofErr w:type="spellEnd"/>
      <w:r>
        <w:t>.</w:t>
      </w:r>
    </w:p>
    <w:p w14:paraId="4AB8C65B" w14:textId="77777777" w:rsidR="00616A60" w:rsidRDefault="00DA6392" w:rsidP="009C2097">
      <w:pPr>
        <w:spacing w:after="60"/>
        <w:ind w:left="720"/>
        <w:jc w:val="both"/>
      </w:pPr>
      <w:r>
        <w:t xml:space="preserve">4. Voľby do rady školy možno pre príslušnú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uskutočniť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je v </w:t>
      </w:r>
      <w:proofErr w:type="spellStart"/>
      <w:r>
        <w:t>mieste</w:t>
      </w:r>
      <w:proofErr w:type="spellEnd"/>
      <w:r>
        <w:t xml:space="preserve"> ich</w:t>
      </w:r>
      <w:r w:rsidR="00AE3900">
        <w:t xml:space="preserve">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prítomná</w:t>
      </w:r>
      <w:proofErr w:type="spellEnd"/>
      <w:r>
        <w:t xml:space="preserve"> </w:t>
      </w:r>
      <w:proofErr w:type="spellStart"/>
      <w:r>
        <w:t>nadpolovičná</w:t>
      </w:r>
      <w:proofErr w:type="spellEnd"/>
      <w:r>
        <w:t xml:space="preserve"> </w:t>
      </w:r>
      <w:proofErr w:type="spellStart"/>
      <w:r>
        <w:t>väčšina</w:t>
      </w:r>
      <w:proofErr w:type="spellEnd"/>
      <w:r>
        <w:t xml:space="preserve"> </w:t>
      </w:r>
      <w:proofErr w:type="spellStart"/>
      <w:r>
        <w:t>príslušnej</w:t>
      </w:r>
      <w:proofErr w:type="spellEnd"/>
      <w:r>
        <w:t xml:space="preserve"> </w:t>
      </w:r>
      <w:proofErr w:type="spellStart"/>
      <w:r>
        <w:t>kategórie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. </w:t>
      </w:r>
      <w:proofErr w:type="spellStart"/>
      <w:r>
        <w:t>Inak</w:t>
      </w:r>
      <w:proofErr w:type="spellEnd"/>
      <w:r>
        <w:t xml:space="preserve"> </w:t>
      </w:r>
      <w:proofErr w:type="spellStart"/>
      <w:r>
        <w:t>zriaďovateľ</w:t>
      </w:r>
      <w:proofErr w:type="spellEnd"/>
      <w:r>
        <w:t xml:space="preserve"> </w:t>
      </w:r>
      <w:proofErr w:type="spellStart"/>
      <w:r>
        <w:t>vyhlási</w:t>
      </w:r>
      <w:proofErr w:type="spellEnd"/>
      <w:r w:rsidR="00AE3900">
        <w:t xml:space="preserve"> </w:t>
      </w:r>
      <w:r>
        <w:t xml:space="preserve">za </w:t>
      </w:r>
      <w:proofErr w:type="spellStart"/>
      <w:r>
        <w:t>príslušnú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opakované</w:t>
      </w:r>
      <w:proofErr w:type="spellEnd"/>
      <w:r>
        <w:t xml:space="preserve"> voľby.</w:t>
      </w:r>
    </w:p>
    <w:p w14:paraId="2D9E6FD8" w14:textId="77777777" w:rsidR="00616A60" w:rsidRDefault="00DA6392" w:rsidP="009C2097">
      <w:pPr>
        <w:spacing w:after="60"/>
        <w:ind w:left="720"/>
        <w:jc w:val="both"/>
      </w:pPr>
      <w:r>
        <w:t xml:space="preserve">5. Zoznam kandidátov </w:t>
      </w:r>
      <w:proofErr w:type="spellStart"/>
      <w:r>
        <w:t>vo</w:t>
      </w:r>
      <w:proofErr w:type="spellEnd"/>
      <w:r>
        <w:t xml:space="preserve"> </w:t>
      </w:r>
      <w:proofErr w:type="spellStart"/>
      <w:r>
        <w:t>voľbách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za </w:t>
      </w:r>
      <w:proofErr w:type="spellStart"/>
      <w:r>
        <w:t>príslušnú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zostavuje</w:t>
      </w:r>
      <w:proofErr w:type="spellEnd"/>
      <w:r w:rsidR="00AE3900">
        <w:t xml:space="preserve"> </w:t>
      </w:r>
      <w:proofErr w:type="spellStart"/>
      <w:r>
        <w:t>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Do </w:t>
      </w:r>
      <w:proofErr w:type="spellStart"/>
      <w:r>
        <w:t>zoznamu</w:t>
      </w:r>
      <w:proofErr w:type="spellEnd"/>
      <w:r>
        <w:t xml:space="preserve"> </w:t>
      </w:r>
      <w:proofErr w:type="spellStart"/>
      <w:r>
        <w:t>kandidátov</w:t>
      </w:r>
      <w:proofErr w:type="spellEnd"/>
      <w:r>
        <w:t xml:space="preserve">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zapísať</w:t>
      </w:r>
      <w:proofErr w:type="spellEnd"/>
      <w:r>
        <w:t xml:space="preserve"> </w:t>
      </w:r>
      <w:proofErr w:type="spellStart"/>
      <w:r>
        <w:t>len</w:t>
      </w:r>
      <w:proofErr w:type="spellEnd"/>
      <w:r>
        <w:t xml:space="preserve"> </w:t>
      </w:r>
      <w:proofErr w:type="spellStart"/>
      <w:r>
        <w:t>osobu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zápis</w:t>
      </w:r>
      <w:proofErr w:type="spellEnd"/>
      <w:r>
        <w:t xml:space="preserve"> do</w:t>
      </w:r>
      <w:r w:rsidR="00AE3900">
        <w:t xml:space="preserve"> </w:t>
      </w:r>
      <w:proofErr w:type="spellStart"/>
      <w:r>
        <w:t>zoznamu</w:t>
      </w:r>
      <w:proofErr w:type="spellEnd"/>
      <w:r>
        <w:t xml:space="preserve"> </w:t>
      </w:r>
      <w:proofErr w:type="spellStart"/>
      <w:r>
        <w:t>udelila</w:t>
      </w:r>
      <w:proofErr w:type="spellEnd"/>
      <w:r>
        <w:t xml:space="preserve"> </w:t>
      </w:r>
      <w:proofErr w:type="spellStart"/>
      <w:r>
        <w:t>písomný</w:t>
      </w:r>
      <w:proofErr w:type="spellEnd"/>
      <w:r>
        <w:t xml:space="preserve"> </w:t>
      </w:r>
      <w:proofErr w:type="spellStart"/>
      <w:r>
        <w:t>súhlas</w:t>
      </w:r>
      <w:proofErr w:type="spellEnd"/>
      <w:r>
        <w:t xml:space="preserve"> a </w:t>
      </w:r>
      <w:proofErr w:type="spellStart"/>
      <w:r>
        <w:t>navrhol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najmenej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volič</w:t>
      </w:r>
      <w:proofErr w:type="spellEnd"/>
      <w:r>
        <w:t xml:space="preserve"> z </w:t>
      </w:r>
      <w:proofErr w:type="spellStart"/>
      <w:r>
        <w:t>príslušnej</w:t>
      </w:r>
      <w:proofErr w:type="spellEnd"/>
      <w:r>
        <w:t xml:space="preserve"> </w:t>
      </w:r>
      <w:proofErr w:type="spellStart"/>
      <w:r>
        <w:t>kategórie</w:t>
      </w:r>
      <w:proofErr w:type="spellEnd"/>
      <w:r w:rsidR="00AE3900">
        <w:t xml:space="preserve"> </w:t>
      </w:r>
      <w:proofErr w:type="spellStart"/>
      <w:r>
        <w:t>voličov</w:t>
      </w:r>
      <w:proofErr w:type="spellEnd"/>
      <w:r>
        <w:t>.</w:t>
      </w:r>
    </w:p>
    <w:p w14:paraId="323582B1" w14:textId="77777777" w:rsidR="00616A60" w:rsidRDefault="00DA6392" w:rsidP="009C2097">
      <w:pPr>
        <w:spacing w:after="60"/>
        <w:ind w:left="720"/>
        <w:jc w:val="both"/>
      </w:pPr>
      <w:r>
        <w:t xml:space="preserve">6. Do rady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zvolení</w:t>
      </w:r>
      <w:proofErr w:type="spellEnd"/>
      <w:r>
        <w:t xml:space="preserve"> </w:t>
      </w:r>
      <w:proofErr w:type="spellStart"/>
      <w:r>
        <w:t>zástupcovia</w:t>
      </w:r>
      <w:proofErr w:type="spellEnd"/>
      <w:r>
        <w:t xml:space="preserve"> </w:t>
      </w:r>
      <w:proofErr w:type="spellStart"/>
      <w:r>
        <w:t>príslušnej</w:t>
      </w:r>
      <w:proofErr w:type="spellEnd"/>
      <w:r>
        <w:t xml:space="preserve"> </w:t>
      </w:r>
      <w:proofErr w:type="spellStart"/>
      <w:r>
        <w:t>kategórie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, </w:t>
      </w:r>
      <w:proofErr w:type="spellStart"/>
      <w:r>
        <w:t>ktorí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počtu</w:t>
      </w:r>
      <w:proofErr w:type="spellEnd"/>
      <w:r w:rsidR="00AE3900">
        <w:t xml:space="preserve"> </w:t>
      </w:r>
      <w:proofErr w:type="spellStart"/>
      <w:r>
        <w:t>príslušných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určeného</w:t>
      </w:r>
      <w:proofErr w:type="spellEnd"/>
      <w:r>
        <w:t xml:space="preserve"> zriaďovateľom získali najvyšší počet hlasov. Pri</w:t>
      </w:r>
      <w:r w:rsidR="00AE3900">
        <w:t xml:space="preserve"> </w:t>
      </w:r>
      <w:proofErr w:type="spellStart"/>
      <w:r>
        <w:t>rovnosti</w:t>
      </w:r>
      <w:proofErr w:type="spellEnd"/>
      <w:r>
        <w:t xml:space="preserve"> </w:t>
      </w:r>
      <w:proofErr w:type="spellStart"/>
      <w:r>
        <w:t>hlasov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poradie</w:t>
      </w:r>
      <w:proofErr w:type="spellEnd"/>
      <w:r>
        <w:t xml:space="preserve"> </w:t>
      </w:r>
      <w:proofErr w:type="spellStart"/>
      <w:r>
        <w:t>určí</w:t>
      </w:r>
      <w:proofErr w:type="spellEnd"/>
      <w:r>
        <w:t xml:space="preserve"> </w:t>
      </w:r>
      <w:proofErr w:type="spellStart"/>
      <w:r>
        <w:t>verejným</w:t>
      </w:r>
      <w:proofErr w:type="spellEnd"/>
      <w:r>
        <w:t xml:space="preserve"> </w:t>
      </w:r>
      <w:proofErr w:type="spellStart"/>
      <w:r>
        <w:t>žrebovaním</w:t>
      </w:r>
      <w:proofErr w:type="spellEnd"/>
      <w:r>
        <w:t>.</w:t>
      </w:r>
    </w:p>
    <w:p w14:paraId="49E3963E" w14:textId="77777777" w:rsidR="00616A60" w:rsidRDefault="00DA6392" w:rsidP="009C2097">
      <w:pPr>
        <w:spacing w:after="60"/>
        <w:ind w:left="720"/>
        <w:jc w:val="both"/>
      </w:pPr>
      <w:r>
        <w:t xml:space="preserve">7. Predseda rady školy </w:t>
      </w:r>
      <w:proofErr w:type="spellStart"/>
      <w:r>
        <w:t>vyhotoví</w:t>
      </w:r>
      <w:proofErr w:type="spellEnd"/>
      <w:r>
        <w:t xml:space="preserve"> o </w:t>
      </w:r>
      <w:proofErr w:type="spellStart"/>
      <w:r>
        <w:t>vykonaní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zápisnicu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obsahuje</w:t>
      </w:r>
      <w:proofErr w:type="spellEnd"/>
      <w:r w:rsidR="00AE3900">
        <w:t xml:space="preserve"> </w:t>
      </w:r>
      <w:proofErr w:type="spellStart"/>
      <w:r>
        <w:t>náležitosti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21 </w:t>
      </w:r>
      <w:proofErr w:type="spellStart"/>
      <w:r>
        <w:t>ods</w:t>
      </w:r>
      <w:proofErr w:type="spellEnd"/>
      <w:r>
        <w:t xml:space="preserve">. 4 zákona č. 321/2025 </w:t>
      </w:r>
      <w:proofErr w:type="spellStart"/>
      <w:r>
        <w:t>Z.z.</w:t>
      </w:r>
      <w:proofErr w:type="spellEnd"/>
      <w:r>
        <w:t xml:space="preserve"> </w:t>
      </w:r>
      <w:proofErr w:type="spellStart"/>
      <w:r>
        <w:t>Obsahuje</w:t>
      </w:r>
      <w:proofErr w:type="spellEnd"/>
      <w:r>
        <w:t>:</w:t>
      </w:r>
    </w:p>
    <w:p w14:paraId="3B07AF7A" w14:textId="77777777" w:rsidR="00DA6392" w:rsidRDefault="00DA6392" w:rsidP="009C2097">
      <w:pPr>
        <w:spacing w:after="60"/>
        <w:ind w:firstLine="720"/>
        <w:jc w:val="both"/>
      </w:pPr>
      <w:r>
        <w:t xml:space="preserve">a) </w:t>
      </w:r>
      <w:proofErr w:type="spellStart"/>
      <w:r>
        <w:t>dátum</w:t>
      </w:r>
      <w:proofErr w:type="spellEnd"/>
      <w:r>
        <w:t xml:space="preserve"> a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začiatku</w:t>
      </w:r>
      <w:proofErr w:type="spellEnd"/>
      <w:r>
        <w:t xml:space="preserve"> a </w:t>
      </w:r>
      <w:proofErr w:type="spellStart"/>
      <w:r>
        <w:t>konca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ich </w:t>
      </w:r>
      <w:proofErr w:type="spellStart"/>
      <w:r>
        <w:t>prerušenia</w:t>
      </w:r>
      <w:proofErr w:type="spellEnd"/>
      <w:r>
        <w:t xml:space="preserve">, </w:t>
      </w:r>
    </w:p>
    <w:p w14:paraId="30E3A4D4" w14:textId="77777777" w:rsidR="00DA6392" w:rsidRDefault="00DA6392" w:rsidP="009C2097">
      <w:pPr>
        <w:spacing w:after="60"/>
        <w:ind w:firstLine="720"/>
        <w:jc w:val="both"/>
      </w:pPr>
      <w:r>
        <w:t xml:space="preserve">b) </w:t>
      </w:r>
      <w:proofErr w:type="spellStart"/>
      <w:r>
        <w:t>celkový</w:t>
      </w:r>
      <w:proofErr w:type="spellEnd"/>
      <w:r>
        <w:t xml:space="preserve">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príslušnej</w:t>
      </w:r>
      <w:proofErr w:type="spellEnd"/>
      <w:r>
        <w:t xml:space="preserve"> </w:t>
      </w:r>
      <w:proofErr w:type="spellStart"/>
      <w:r>
        <w:t>kategórie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, </w:t>
      </w:r>
    </w:p>
    <w:p w14:paraId="283713C3" w14:textId="77777777" w:rsidR="00DA6392" w:rsidRDefault="00DA6392" w:rsidP="009C2097">
      <w:pPr>
        <w:spacing w:after="60"/>
        <w:ind w:firstLine="720"/>
        <w:jc w:val="both"/>
      </w:pPr>
      <w:r>
        <w:t xml:space="preserve">c)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, </w:t>
      </w:r>
      <w:proofErr w:type="spellStart"/>
      <w:r>
        <w:t>ktorým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vydané</w:t>
      </w:r>
      <w:proofErr w:type="spellEnd"/>
      <w:r>
        <w:t xml:space="preserve"> </w:t>
      </w:r>
      <w:proofErr w:type="spellStart"/>
      <w:r>
        <w:t>hlasovacie</w:t>
      </w:r>
      <w:proofErr w:type="spellEnd"/>
      <w:r>
        <w:t xml:space="preserve"> </w:t>
      </w:r>
      <w:proofErr w:type="spellStart"/>
      <w:r>
        <w:t>lístky</w:t>
      </w:r>
      <w:proofErr w:type="spellEnd"/>
      <w:r>
        <w:t xml:space="preserve">, </w:t>
      </w:r>
    </w:p>
    <w:p w14:paraId="63FDE2E6" w14:textId="77777777" w:rsidR="00DA6392" w:rsidRDefault="00DA6392" w:rsidP="009C2097">
      <w:pPr>
        <w:spacing w:after="60"/>
        <w:ind w:firstLine="720"/>
        <w:jc w:val="both"/>
      </w:pPr>
      <w:r>
        <w:t xml:space="preserve">d)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odovzdaných</w:t>
      </w:r>
      <w:proofErr w:type="spellEnd"/>
      <w:r>
        <w:t xml:space="preserve"> </w:t>
      </w:r>
      <w:proofErr w:type="spellStart"/>
      <w:r>
        <w:t>hlasovacích</w:t>
      </w:r>
      <w:proofErr w:type="spellEnd"/>
      <w:r>
        <w:t xml:space="preserve"> </w:t>
      </w:r>
      <w:proofErr w:type="spellStart"/>
      <w:r>
        <w:t>lístkov</w:t>
      </w:r>
      <w:proofErr w:type="spellEnd"/>
      <w:r>
        <w:t xml:space="preserve">, </w:t>
      </w:r>
    </w:p>
    <w:p w14:paraId="1DF68133" w14:textId="77777777" w:rsidR="00DA6392" w:rsidRDefault="00DA6392" w:rsidP="009C2097">
      <w:pPr>
        <w:spacing w:after="60"/>
        <w:ind w:firstLine="720"/>
        <w:jc w:val="both"/>
      </w:pPr>
      <w:r>
        <w:t xml:space="preserve">e)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hlasovacích</w:t>
      </w:r>
      <w:proofErr w:type="spellEnd"/>
      <w:r>
        <w:t xml:space="preserve"> </w:t>
      </w:r>
      <w:proofErr w:type="spellStart"/>
      <w:r>
        <w:t>lístkov</w:t>
      </w:r>
      <w:proofErr w:type="spellEnd"/>
      <w:r>
        <w:t xml:space="preserve">, </w:t>
      </w:r>
    </w:p>
    <w:p w14:paraId="14C74DBB" w14:textId="77777777" w:rsidR="00DA6392" w:rsidRDefault="00DA6392" w:rsidP="009C2097">
      <w:pPr>
        <w:spacing w:after="60"/>
        <w:ind w:firstLine="720"/>
        <w:jc w:val="both"/>
      </w:pPr>
      <w:r>
        <w:t xml:space="preserve">f)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hlasov</w:t>
      </w:r>
      <w:proofErr w:type="spellEnd"/>
      <w:r>
        <w:t xml:space="preserve"> pre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kandidátov</w:t>
      </w:r>
      <w:proofErr w:type="spellEnd"/>
      <w:r>
        <w:t xml:space="preserve">, </w:t>
      </w:r>
    </w:p>
    <w:p w14:paraId="3CFDCE5C" w14:textId="77777777" w:rsidR="00DA6392" w:rsidRDefault="00DA6392" w:rsidP="009C2097">
      <w:pPr>
        <w:spacing w:after="60"/>
        <w:ind w:left="720"/>
        <w:jc w:val="both"/>
      </w:pPr>
      <w:r>
        <w:t xml:space="preserve">g) </w:t>
      </w:r>
      <w:proofErr w:type="spellStart"/>
      <w:r>
        <w:t>zoznam</w:t>
      </w:r>
      <w:proofErr w:type="spellEnd"/>
      <w:r>
        <w:t xml:space="preserve"> </w:t>
      </w:r>
      <w:proofErr w:type="spellStart"/>
      <w:r>
        <w:t>zvolených</w:t>
      </w:r>
      <w:proofErr w:type="spellEnd"/>
      <w:r>
        <w:t xml:space="preserve"> </w:t>
      </w:r>
      <w:proofErr w:type="spellStart"/>
      <w:r>
        <w:t>kandidátov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meno</w:t>
      </w:r>
      <w:proofErr w:type="spellEnd"/>
      <w:r>
        <w:t xml:space="preserve">, </w:t>
      </w:r>
      <w:proofErr w:type="spellStart"/>
      <w:r>
        <w:t>priezvisko</w:t>
      </w:r>
      <w:proofErr w:type="spellEnd"/>
      <w:r>
        <w:t xml:space="preserve"> a </w:t>
      </w:r>
      <w:proofErr w:type="spellStart"/>
      <w:r>
        <w:t>označenie</w:t>
      </w:r>
      <w:proofErr w:type="spellEnd"/>
      <w:r>
        <w:t xml:space="preserve"> </w:t>
      </w:r>
      <w:proofErr w:type="spellStart"/>
      <w:r>
        <w:t>kategórie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, </w:t>
      </w:r>
    </w:p>
    <w:p w14:paraId="6FE26793" w14:textId="77777777" w:rsidR="00DA6392" w:rsidRDefault="00DA6392" w:rsidP="009C2097">
      <w:pPr>
        <w:spacing w:after="60"/>
        <w:ind w:firstLine="720"/>
        <w:jc w:val="both"/>
      </w:pPr>
      <w:r>
        <w:t xml:space="preserve">h) </w:t>
      </w:r>
      <w:proofErr w:type="spellStart"/>
      <w:r>
        <w:t>meno</w:t>
      </w:r>
      <w:proofErr w:type="spellEnd"/>
      <w:r>
        <w:t xml:space="preserve">, </w:t>
      </w:r>
      <w:proofErr w:type="spellStart"/>
      <w:r>
        <w:t>priezvisko</w:t>
      </w:r>
      <w:proofErr w:type="spellEnd"/>
      <w:r>
        <w:t xml:space="preserve"> a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overovateľa</w:t>
      </w:r>
      <w:proofErr w:type="spellEnd"/>
      <w:r>
        <w:t>.</w:t>
      </w:r>
    </w:p>
    <w:p w14:paraId="5BAC6F88" w14:textId="77777777" w:rsidR="00616A60" w:rsidRDefault="00DA6392" w:rsidP="009C2097">
      <w:pPr>
        <w:spacing w:after="60"/>
        <w:ind w:left="720"/>
        <w:jc w:val="both"/>
      </w:pPr>
      <w:r>
        <w:t xml:space="preserve">8. Prílohou zápisnice o </w:t>
      </w:r>
      <w:proofErr w:type="spellStart"/>
      <w:r>
        <w:t>vykonaní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dokumentácia</w:t>
      </w:r>
      <w:proofErr w:type="spellEnd"/>
      <w:r>
        <w:t xml:space="preserve"> za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kategórie</w:t>
      </w:r>
      <w:proofErr w:type="spellEnd"/>
      <w:r w:rsidR="00AE3900"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vrátane</w:t>
      </w:r>
      <w:proofErr w:type="spellEnd"/>
      <w:r>
        <w:t xml:space="preserve"> </w:t>
      </w:r>
      <w:proofErr w:type="spellStart"/>
      <w:r>
        <w:t>prezenčných</w:t>
      </w:r>
      <w:proofErr w:type="spellEnd"/>
      <w:r>
        <w:t xml:space="preserve"> </w:t>
      </w:r>
      <w:proofErr w:type="spellStart"/>
      <w:r>
        <w:t>listín</w:t>
      </w:r>
      <w:proofErr w:type="spellEnd"/>
      <w:r>
        <w:t xml:space="preserve">; </w:t>
      </w:r>
      <w:proofErr w:type="spellStart"/>
      <w:r>
        <w:t>ak</w:t>
      </w:r>
      <w:proofErr w:type="spellEnd"/>
      <w:r>
        <w:t xml:space="preserve"> </w:t>
      </w:r>
      <w:proofErr w:type="spellStart"/>
      <w:r>
        <w:t>zápisnica</w:t>
      </w:r>
      <w:proofErr w:type="spellEnd"/>
      <w:r>
        <w:t xml:space="preserve">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osobné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, </w:t>
      </w:r>
      <w:proofErr w:type="spellStart"/>
      <w:r>
        <w:t>zverejňujú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</w:t>
      </w:r>
      <w:r w:rsidR="00AE3900">
        <w:t xml:space="preserve">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meno</w:t>
      </w:r>
      <w:proofErr w:type="spellEnd"/>
      <w:r>
        <w:t xml:space="preserve"> a </w:t>
      </w:r>
      <w:proofErr w:type="spellStart"/>
      <w:r>
        <w:t>priezvisko</w:t>
      </w:r>
      <w:proofErr w:type="spellEnd"/>
      <w:r>
        <w:t xml:space="preserve">. </w:t>
      </w:r>
      <w:proofErr w:type="spellStart"/>
      <w:r>
        <w:t>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zabezpečí</w:t>
      </w:r>
      <w:proofErr w:type="spellEnd"/>
      <w:r>
        <w:t xml:space="preserve"> </w:t>
      </w:r>
      <w:proofErr w:type="spellStart"/>
      <w:r>
        <w:t>zverejnenie</w:t>
      </w:r>
      <w:proofErr w:type="spellEnd"/>
      <w:r>
        <w:t xml:space="preserve"> </w:t>
      </w:r>
      <w:proofErr w:type="spellStart"/>
      <w:r>
        <w:t>zápisnice</w:t>
      </w:r>
      <w:proofErr w:type="spellEnd"/>
      <w:r>
        <w:t xml:space="preserve"> do troch</w:t>
      </w:r>
      <w:r w:rsidR="00AE3900">
        <w:t xml:space="preserve"> </w:t>
      </w:r>
      <w:proofErr w:type="spellStart"/>
      <w:r>
        <w:t>pracovných</w:t>
      </w:r>
      <w:proofErr w:type="spellEnd"/>
      <w:r>
        <w:t xml:space="preserve"> </w:t>
      </w:r>
      <w:proofErr w:type="spellStart"/>
      <w:r>
        <w:t>dní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vykonania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za </w:t>
      </w:r>
      <w:proofErr w:type="spellStart"/>
      <w:r>
        <w:t>poslednú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na</w:t>
      </w:r>
      <w:proofErr w:type="spellEnd"/>
      <w:r w:rsidR="00AE3900"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013F9B70" w14:textId="77777777" w:rsidR="00616A60" w:rsidRDefault="00DA6392" w:rsidP="009C2097">
      <w:pPr>
        <w:spacing w:after="60"/>
        <w:ind w:firstLine="720"/>
        <w:jc w:val="both"/>
      </w:pPr>
      <w:r>
        <w:t>9. Členom rady školy nemôžu byť:</w:t>
      </w:r>
    </w:p>
    <w:p w14:paraId="003AC1CD" w14:textId="77777777" w:rsidR="00616A60" w:rsidRDefault="00DA6392" w:rsidP="009C2097">
      <w:pPr>
        <w:spacing w:after="60"/>
        <w:ind w:firstLine="720"/>
        <w:jc w:val="both"/>
      </w:pPr>
      <w:r>
        <w:t xml:space="preserve">a) </w:t>
      </w:r>
      <w:proofErr w:type="spellStart"/>
      <w:r>
        <w:t>riaditeľ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ktorej</w:t>
      </w:r>
      <w:proofErr w:type="spellEnd"/>
      <w:r>
        <w:t xml:space="preserve"> je rada školy zriadená, ani jeho štatutárny zástupca,</w:t>
      </w:r>
    </w:p>
    <w:p w14:paraId="69298C18" w14:textId="77777777" w:rsidR="00616A60" w:rsidRDefault="00DA6392" w:rsidP="009C2097">
      <w:pPr>
        <w:spacing w:after="60"/>
        <w:ind w:firstLine="720"/>
        <w:jc w:val="both"/>
      </w:pPr>
      <w:r>
        <w:t xml:space="preserve">b) </w:t>
      </w:r>
      <w:proofErr w:type="spellStart"/>
      <w:r>
        <w:t>štatutárni</w:t>
      </w:r>
      <w:proofErr w:type="spellEnd"/>
      <w:r>
        <w:t xml:space="preserve"> </w:t>
      </w:r>
      <w:proofErr w:type="spellStart"/>
      <w:r>
        <w:t>zástupcovia</w:t>
      </w:r>
      <w:proofErr w:type="spellEnd"/>
      <w:r>
        <w:t xml:space="preserve"> </w:t>
      </w:r>
      <w:proofErr w:type="spellStart"/>
      <w:r>
        <w:t>zriaďovateľa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79F06A04" w14:textId="77777777" w:rsidR="00616A60" w:rsidRDefault="00DA6392" w:rsidP="009C2097">
      <w:pPr>
        <w:spacing w:after="60"/>
        <w:ind w:firstLine="720"/>
        <w:jc w:val="both"/>
      </w:pPr>
      <w:r>
        <w:t>10. Na čele rady školy je predseda rady školy.</w:t>
      </w:r>
    </w:p>
    <w:p w14:paraId="1720021C" w14:textId="77777777" w:rsidR="007D4106" w:rsidRDefault="00DA6392" w:rsidP="009C2097">
      <w:pPr>
        <w:spacing w:after="60"/>
        <w:ind w:left="720"/>
        <w:jc w:val="both"/>
      </w:pPr>
      <w:r>
        <w:t>11. Predsedu</w:t>
      </w:r>
      <w:r w:rsidR="00AE3900">
        <w:t>,</w:t>
      </w:r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podpredsedu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 w:rsidR="00AE3900">
        <w:t>,</w:t>
      </w:r>
      <w:r>
        <w:t xml:space="preserve"> </w:t>
      </w:r>
      <w:proofErr w:type="spellStart"/>
      <w:r>
        <w:t>volia</w:t>
      </w:r>
      <w:proofErr w:type="spellEnd"/>
      <w:r>
        <w:t xml:space="preserve"> </w:t>
      </w:r>
      <w:proofErr w:type="spellStart"/>
      <w:r>
        <w:t>členovia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zo </w:t>
      </w:r>
      <w:proofErr w:type="spellStart"/>
      <w:r>
        <w:t>svojich</w:t>
      </w:r>
      <w:proofErr w:type="spellEnd"/>
      <w:r>
        <w:t xml:space="preserve"> </w:t>
      </w:r>
      <w:proofErr w:type="spellStart"/>
      <w:r>
        <w:t>radov</w:t>
      </w:r>
      <w:proofErr w:type="spellEnd"/>
      <w:r>
        <w:t xml:space="preserve"> </w:t>
      </w:r>
      <w:proofErr w:type="spellStart"/>
      <w:r>
        <w:t>tajným</w:t>
      </w:r>
      <w:proofErr w:type="spellEnd"/>
      <w:r w:rsidR="00AE3900">
        <w:t xml:space="preserve"> </w:t>
      </w:r>
      <w:proofErr w:type="spellStart"/>
      <w:r w:rsidR="007D4106">
        <w:t>hlasovaním</w:t>
      </w:r>
      <w:proofErr w:type="spellEnd"/>
      <w:r w:rsidR="007D4106">
        <w:t>.</w:t>
      </w:r>
      <w:r w:rsidR="007D4106">
        <w:tab/>
      </w:r>
    </w:p>
    <w:p w14:paraId="41FD99F4" w14:textId="77777777" w:rsidR="00616A60" w:rsidRDefault="00DA6392" w:rsidP="009C2097">
      <w:pPr>
        <w:spacing w:after="60"/>
        <w:ind w:firstLine="720"/>
        <w:jc w:val="both"/>
      </w:pPr>
      <w:r>
        <w:t>12. Členstvo v rade školy zaniká:</w:t>
      </w:r>
    </w:p>
    <w:p w14:paraId="3907FECE" w14:textId="77777777" w:rsidR="00616A60" w:rsidRDefault="00DA6392" w:rsidP="009C2097">
      <w:pPr>
        <w:spacing w:after="60"/>
        <w:ind w:firstLine="720"/>
        <w:jc w:val="both"/>
      </w:pPr>
      <w:r>
        <w:lastRenderedPageBreak/>
        <w:t xml:space="preserve">a) </w:t>
      </w:r>
      <w:proofErr w:type="spellStart"/>
      <w:r>
        <w:t>uplynutím</w:t>
      </w:r>
      <w:proofErr w:type="spellEnd"/>
      <w:r>
        <w:t xml:space="preserve"> </w:t>
      </w:r>
      <w:proofErr w:type="spellStart"/>
      <w:r>
        <w:t>funkčného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školy,</w:t>
      </w:r>
    </w:p>
    <w:p w14:paraId="02C70486" w14:textId="77777777" w:rsidR="00616A60" w:rsidRDefault="00DA6392" w:rsidP="009C2097">
      <w:pPr>
        <w:spacing w:after="60"/>
        <w:ind w:firstLine="720"/>
        <w:jc w:val="both"/>
      </w:pPr>
      <w:r>
        <w:t xml:space="preserve">b) </w:t>
      </w:r>
      <w:proofErr w:type="spellStart"/>
      <w:r>
        <w:t>vzdaním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>,</w:t>
      </w:r>
    </w:p>
    <w:p w14:paraId="28053A6F" w14:textId="77777777" w:rsidR="00616A60" w:rsidRDefault="00DA6392" w:rsidP="009C2097">
      <w:pPr>
        <w:spacing w:after="60"/>
        <w:ind w:firstLine="720"/>
        <w:jc w:val="both"/>
      </w:pPr>
      <w:r>
        <w:t xml:space="preserve">c) </w:t>
      </w:r>
      <w:proofErr w:type="spellStart"/>
      <w:r>
        <w:t>ustanovením</w:t>
      </w:r>
      <w:proofErr w:type="spellEnd"/>
      <w:r>
        <w:t xml:space="preserve"> do </w:t>
      </w:r>
      <w:proofErr w:type="spellStart"/>
      <w:r>
        <w:t>funkcie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je nezlučiteľná s členstvom v rade školy,</w:t>
      </w:r>
    </w:p>
    <w:p w14:paraId="6B9F7F2D" w14:textId="77777777" w:rsidR="00616A60" w:rsidRDefault="00DA6392" w:rsidP="009C2097">
      <w:pPr>
        <w:spacing w:after="60"/>
        <w:ind w:left="720"/>
        <w:jc w:val="both"/>
      </w:pPr>
      <w:r>
        <w:t xml:space="preserve">d) </w:t>
      </w:r>
      <w:proofErr w:type="spellStart"/>
      <w:r>
        <w:t>skončením</w:t>
      </w:r>
      <w:proofErr w:type="spellEnd"/>
      <w:r>
        <w:t xml:space="preserve"> </w:t>
      </w:r>
      <w:proofErr w:type="spellStart"/>
      <w:r>
        <w:t>pracovnoprávneho</w:t>
      </w:r>
      <w:proofErr w:type="spellEnd"/>
      <w:r>
        <w:t xml:space="preserve"> </w:t>
      </w:r>
      <w:proofErr w:type="spellStart"/>
      <w:r>
        <w:t>vzťahu</w:t>
      </w:r>
      <w:proofErr w:type="spellEnd"/>
      <w:r>
        <w:t xml:space="preserve"> so </w:t>
      </w:r>
      <w:proofErr w:type="spellStart"/>
      <w:r>
        <w:t>školou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ide o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zvoleného</w:t>
      </w:r>
      <w:proofErr w:type="spellEnd"/>
      <w:r>
        <w:t xml:space="preserve"> za </w:t>
      </w:r>
      <w:proofErr w:type="spellStart"/>
      <w:r>
        <w:t>kategóriu</w:t>
      </w:r>
      <w:proofErr w:type="spellEnd"/>
      <w:r w:rsidR="00D31F22">
        <w:t xml:space="preserve"> </w:t>
      </w:r>
      <w:proofErr w:type="spellStart"/>
      <w:r>
        <w:t>zamestnancov</w:t>
      </w:r>
      <w:proofErr w:type="spellEnd"/>
      <w:r>
        <w:t xml:space="preserve">; to </w:t>
      </w:r>
      <w:proofErr w:type="spellStart"/>
      <w:r>
        <w:t>platí</w:t>
      </w:r>
      <w:proofErr w:type="spellEnd"/>
      <w:r>
        <w:t xml:space="preserve">, </w:t>
      </w:r>
      <w:proofErr w:type="spellStart"/>
      <w:r>
        <w:t>aj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skončenie</w:t>
      </w:r>
      <w:proofErr w:type="spellEnd"/>
      <w:r>
        <w:t xml:space="preserve"> </w:t>
      </w:r>
      <w:proofErr w:type="spellStart"/>
      <w:r>
        <w:t>pracovnoprávneho</w:t>
      </w:r>
      <w:proofErr w:type="spellEnd"/>
      <w:r>
        <w:t xml:space="preserve"> </w:t>
      </w:r>
      <w:proofErr w:type="spellStart"/>
      <w:r>
        <w:t>vzťahu</w:t>
      </w:r>
      <w:proofErr w:type="spellEnd"/>
      <w:r>
        <w:t xml:space="preserve"> bolo </w:t>
      </w:r>
      <w:proofErr w:type="spellStart"/>
      <w:r>
        <w:t>rozhodnutím</w:t>
      </w:r>
      <w:proofErr w:type="spellEnd"/>
      <w:r>
        <w:t xml:space="preserve"> </w:t>
      </w:r>
      <w:proofErr w:type="spellStart"/>
      <w:r>
        <w:t>súdu</w:t>
      </w:r>
      <w:proofErr w:type="spellEnd"/>
      <w:r w:rsidR="00D31F22">
        <w:t xml:space="preserve"> </w:t>
      </w:r>
      <w:proofErr w:type="spellStart"/>
      <w:r>
        <w:t>vyhlásené</w:t>
      </w:r>
      <w:proofErr w:type="spellEnd"/>
      <w:r>
        <w:t xml:space="preserve"> za </w:t>
      </w:r>
      <w:proofErr w:type="spellStart"/>
      <w:r>
        <w:t>neplatné</w:t>
      </w:r>
      <w:proofErr w:type="spellEnd"/>
      <w:r>
        <w:t>,</w:t>
      </w:r>
    </w:p>
    <w:p w14:paraId="60DEE3CC" w14:textId="77777777" w:rsidR="00616A60" w:rsidRDefault="00DA6392" w:rsidP="009C2097">
      <w:pPr>
        <w:spacing w:after="60"/>
        <w:ind w:left="720"/>
        <w:jc w:val="both"/>
      </w:pPr>
      <w:r>
        <w:t xml:space="preserve">e) </w:t>
      </w:r>
      <w:proofErr w:type="spellStart"/>
      <w:r>
        <w:t>dňom</w:t>
      </w:r>
      <w:proofErr w:type="spellEnd"/>
      <w:r>
        <w:t xml:space="preserve">, </w:t>
      </w:r>
      <w:proofErr w:type="spellStart"/>
      <w:r>
        <w:t>kedy</w:t>
      </w:r>
      <w:proofErr w:type="spellEnd"/>
      <w:r>
        <w:t xml:space="preserve"> </w:t>
      </w:r>
      <w:proofErr w:type="spellStart"/>
      <w:r>
        <w:t>dieťa</w:t>
      </w:r>
      <w:proofErr w:type="spellEnd"/>
      <w:r>
        <w:t xml:space="preserve"> </w:t>
      </w:r>
      <w:proofErr w:type="spellStart"/>
      <w:r>
        <w:t>zvoleného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zástupcov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byť</w:t>
      </w:r>
      <w:proofErr w:type="spellEnd"/>
      <w:r>
        <w:t xml:space="preserve"> </w:t>
      </w:r>
      <w:proofErr w:type="spellStart"/>
      <w:r>
        <w:t>dieťaťom</w:t>
      </w:r>
      <w:proofErr w:type="spellEnd"/>
      <w:r>
        <w:t xml:space="preserve"> </w:t>
      </w:r>
      <w:proofErr w:type="spellStart"/>
      <w:r>
        <w:t>alebo</w:t>
      </w:r>
      <w:proofErr w:type="spellEnd"/>
      <w:r w:rsidR="007D4106">
        <w:t xml:space="preserve"> </w:t>
      </w:r>
      <w:proofErr w:type="spellStart"/>
      <w:r>
        <w:t>žiakom</w:t>
      </w:r>
      <w:proofErr w:type="spellEnd"/>
      <w:r>
        <w:t xml:space="preserve"> </w:t>
      </w:r>
      <w:proofErr w:type="spellStart"/>
      <w:r>
        <w:t>školy</w:t>
      </w:r>
      <w:proofErr w:type="spellEnd"/>
      <w:r>
        <w:t>,</w:t>
      </w:r>
    </w:p>
    <w:p w14:paraId="61D5EC17" w14:textId="77777777" w:rsidR="00616A60" w:rsidRDefault="00DA6392" w:rsidP="009C2097">
      <w:pPr>
        <w:spacing w:after="60"/>
        <w:ind w:firstLine="720"/>
        <w:jc w:val="both"/>
      </w:pPr>
      <w:r>
        <w:t xml:space="preserve">f) </w:t>
      </w:r>
      <w:proofErr w:type="spellStart"/>
      <w:r>
        <w:t>skončením</w:t>
      </w:r>
      <w:proofErr w:type="spellEnd"/>
      <w:r>
        <w:t xml:space="preserve"> </w:t>
      </w:r>
      <w:proofErr w:type="spellStart"/>
      <w:r>
        <w:t>výkonu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školského parlamentu,</w:t>
      </w:r>
    </w:p>
    <w:p w14:paraId="66CF062B" w14:textId="77777777" w:rsidR="00616A60" w:rsidRDefault="00DA6392" w:rsidP="009C2097">
      <w:pPr>
        <w:spacing w:after="60"/>
        <w:ind w:firstLine="720"/>
        <w:jc w:val="both"/>
      </w:pPr>
      <w:r>
        <w:t xml:space="preserve">g) </w:t>
      </w:r>
      <w:proofErr w:type="spellStart"/>
      <w:r>
        <w:t>odvolaním</w:t>
      </w:r>
      <w:proofErr w:type="spellEnd"/>
      <w:r>
        <w:t>,</w:t>
      </w:r>
    </w:p>
    <w:p w14:paraId="2F2C9B54" w14:textId="77777777" w:rsidR="00616A60" w:rsidRDefault="00DA6392" w:rsidP="009C2097">
      <w:pPr>
        <w:spacing w:after="60"/>
        <w:ind w:firstLine="720"/>
        <w:jc w:val="both"/>
      </w:pPr>
      <w:r>
        <w:t xml:space="preserve">h) </w:t>
      </w:r>
      <w:proofErr w:type="spellStart"/>
      <w:r>
        <w:t>obmedzením</w:t>
      </w:r>
      <w:proofErr w:type="spellEnd"/>
      <w:r>
        <w:t xml:space="preserve"> </w:t>
      </w:r>
      <w:proofErr w:type="spellStart"/>
      <w:r>
        <w:t>spôsobilosti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právne</w:t>
      </w:r>
      <w:proofErr w:type="spellEnd"/>
      <w:r>
        <w:t xml:space="preserve"> úkony,</w:t>
      </w:r>
    </w:p>
    <w:p w14:paraId="5D4FBB15" w14:textId="77777777" w:rsidR="00616A60" w:rsidRDefault="00DA6392" w:rsidP="009C2097">
      <w:pPr>
        <w:spacing w:after="60"/>
        <w:ind w:firstLine="720"/>
        <w:jc w:val="both"/>
      </w:pPr>
      <w:proofErr w:type="spellStart"/>
      <w:r>
        <w:t>i</w:t>
      </w:r>
      <w:proofErr w:type="spellEnd"/>
      <w:r>
        <w:t xml:space="preserve">) </w:t>
      </w:r>
      <w:proofErr w:type="spellStart"/>
      <w:r>
        <w:t>smrťou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vyhlásením</w:t>
      </w:r>
      <w:proofErr w:type="spellEnd"/>
      <w:r>
        <w:t xml:space="preserve"> za mŕtveho,</w:t>
      </w:r>
    </w:p>
    <w:p w14:paraId="56C8FF1A" w14:textId="77777777" w:rsidR="00616A60" w:rsidRDefault="00DA6392" w:rsidP="009C2097">
      <w:pPr>
        <w:spacing w:after="60"/>
        <w:ind w:firstLine="720"/>
        <w:jc w:val="both"/>
      </w:pPr>
      <w:r>
        <w:t xml:space="preserve">j) </w:t>
      </w:r>
      <w:proofErr w:type="spellStart"/>
      <w:r>
        <w:t>výmazom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 </w:t>
      </w:r>
      <w:proofErr w:type="spellStart"/>
      <w:r>
        <w:t>registra</w:t>
      </w:r>
      <w:proofErr w:type="spellEnd"/>
      <w:r>
        <w:t xml:space="preserve"> alebo zrušením príslušnej organizačnej zložky.</w:t>
      </w:r>
    </w:p>
    <w:p w14:paraId="77EF668D" w14:textId="77777777" w:rsidR="00616A60" w:rsidRDefault="00DA6392" w:rsidP="009C2097">
      <w:pPr>
        <w:spacing w:after="60"/>
        <w:ind w:left="720"/>
        <w:jc w:val="both"/>
      </w:pPr>
      <w:r>
        <w:t xml:space="preserve">13. Člen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vzdať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 xml:space="preserve"> </w:t>
      </w:r>
      <w:proofErr w:type="spellStart"/>
      <w:r>
        <w:t>písomným</w:t>
      </w:r>
      <w:proofErr w:type="spellEnd"/>
      <w:r>
        <w:t xml:space="preserve"> </w:t>
      </w:r>
      <w:proofErr w:type="spellStart"/>
      <w:r>
        <w:t>oznámením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doručuje</w:t>
      </w:r>
      <w:proofErr w:type="spellEnd"/>
      <w:r w:rsidR="007D4106">
        <w:t xml:space="preserve"> </w:t>
      </w:r>
      <w:proofErr w:type="spellStart"/>
      <w:r>
        <w:t>zriaďovateľovi</w:t>
      </w:r>
      <w:proofErr w:type="spellEnd"/>
      <w:r>
        <w:t xml:space="preserve">. Členstvo v rade školy </w:t>
      </w:r>
      <w:proofErr w:type="spellStart"/>
      <w:r>
        <w:t>zaniká</w:t>
      </w:r>
      <w:proofErr w:type="spellEnd"/>
      <w:r>
        <w:t xml:space="preserve"> </w:t>
      </w:r>
      <w:proofErr w:type="spellStart"/>
      <w:r>
        <w:t>dňom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doručenia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v </w:t>
      </w:r>
      <w:proofErr w:type="spellStart"/>
      <w:r>
        <w:t>ňom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uvedený</w:t>
      </w:r>
      <w:proofErr w:type="spellEnd"/>
      <w:r w:rsidR="007D4106">
        <w:t xml:space="preserve"> </w:t>
      </w:r>
      <w:proofErr w:type="spellStart"/>
      <w:r>
        <w:t>neskorší</w:t>
      </w:r>
      <w:proofErr w:type="spellEnd"/>
      <w:r>
        <w:t xml:space="preserve"> </w:t>
      </w:r>
      <w:proofErr w:type="spellStart"/>
      <w:r>
        <w:t>dátum</w:t>
      </w:r>
      <w:proofErr w:type="spellEnd"/>
      <w:r>
        <w:t xml:space="preserve"> </w:t>
      </w:r>
      <w:proofErr w:type="spellStart"/>
      <w:r>
        <w:t>vzdania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>.</w:t>
      </w:r>
    </w:p>
    <w:p w14:paraId="363E34D2" w14:textId="77777777" w:rsidR="00616A60" w:rsidRDefault="00DA6392" w:rsidP="009C2097">
      <w:pPr>
        <w:spacing w:after="60"/>
        <w:ind w:left="720"/>
        <w:jc w:val="both"/>
      </w:pPr>
      <w:r>
        <w:t xml:space="preserve">14. Predseda rady školy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podpredseda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vzdať</w:t>
      </w:r>
      <w:proofErr w:type="spellEnd"/>
      <w:r>
        <w:t xml:space="preserve"> </w:t>
      </w:r>
      <w:proofErr w:type="spellStart"/>
      <w:r>
        <w:t>svojej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písomným</w:t>
      </w:r>
      <w:proofErr w:type="spellEnd"/>
      <w:r w:rsidR="007D4106">
        <w:t xml:space="preserve"> </w:t>
      </w:r>
      <w:proofErr w:type="spellStart"/>
      <w:r>
        <w:t>oznámením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doručuje</w:t>
      </w:r>
      <w:proofErr w:type="spellEnd"/>
      <w:r>
        <w:t xml:space="preserve"> </w:t>
      </w:r>
      <w:proofErr w:type="spellStart"/>
      <w:r>
        <w:t>zriaďovateľovi</w:t>
      </w:r>
      <w:proofErr w:type="spellEnd"/>
      <w:r>
        <w:t xml:space="preserve">. </w:t>
      </w:r>
      <w:proofErr w:type="spellStart"/>
      <w:r>
        <w:t>Výkon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alebo</w:t>
      </w:r>
      <w:proofErr w:type="spellEnd"/>
      <w:r w:rsidR="007D4106">
        <w:t xml:space="preserve"> </w:t>
      </w:r>
      <w:proofErr w:type="spellStart"/>
      <w:r>
        <w:t>podpredsedu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zaniká</w:t>
      </w:r>
      <w:proofErr w:type="spellEnd"/>
      <w:r>
        <w:t xml:space="preserve"> </w:t>
      </w:r>
      <w:proofErr w:type="spellStart"/>
      <w:r>
        <w:t>dňom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doručenia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v </w:t>
      </w:r>
      <w:proofErr w:type="spellStart"/>
      <w:r>
        <w:t>ňom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neskorší</w:t>
      </w:r>
      <w:proofErr w:type="spellEnd"/>
      <w:r>
        <w:t xml:space="preserve"> </w:t>
      </w:r>
      <w:r w:rsidR="007D4106">
        <w:t xml:space="preserve">datum </w:t>
      </w:r>
      <w:proofErr w:type="spellStart"/>
      <w:r>
        <w:t>vzdania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funkcie</w:t>
      </w:r>
      <w:proofErr w:type="spellEnd"/>
      <w:r>
        <w:t>.</w:t>
      </w:r>
    </w:p>
    <w:p w14:paraId="0B7D3109" w14:textId="77777777" w:rsidR="007D4106" w:rsidRDefault="007D4106" w:rsidP="00D31F22">
      <w:pPr>
        <w:spacing w:after="60"/>
        <w:rPr>
          <w:b/>
          <w:sz w:val="26"/>
        </w:rPr>
      </w:pPr>
    </w:p>
    <w:p w14:paraId="5CCEEA74" w14:textId="77777777" w:rsidR="00616A60" w:rsidRDefault="00DA6392" w:rsidP="007D4106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VI.</w:t>
      </w:r>
    </w:p>
    <w:p w14:paraId="09054939" w14:textId="77777777" w:rsidR="00D31F22" w:rsidRDefault="00D31F22" w:rsidP="007D4106">
      <w:pPr>
        <w:spacing w:after="60"/>
        <w:jc w:val="center"/>
      </w:pPr>
    </w:p>
    <w:p w14:paraId="2AD6C475" w14:textId="77777777" w:rsidR="00616A60" w:rsidRDefault="00DA6392">
      <w:pPr>
        <w:spacing w:after="60"/>
      </w:pPr>
      <w:r>
        <w:rPr>
          <w:b/>
        </w:rPr>
        <w:t>Pravidlá rokovania rady školy</w:t>
      </w:r>
    </w:p>
    <w:p w14:paraId="0C3B918D" w14:textId="77777777" w:rsidR="00616A60" w:rsidRDefault="00DA6392" w:rsidP="009C2097">
      <w:pPr>
        <w:spacing w:after="60"/>
        <w:ind w:left="720"/>
        <w:jc w:val="both"/>
      </w:pPr>
      <w:r>
        <w:t xml:space="preserve">1. Rada školy na svojom prvom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volí</w:t>
      </w:r>
      <w:proofErr w:type="spellEnd"/>
      <w:r>
        <w:t xml:space="preserve"> zo </w:t>
      </w:r>
      <w:proofErr w:type="spellStart"/>
      <w:r>
        <w:t>svojich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</w:t>
      </w:r>
      <w:r w:rsidR="007D4106">
        <w:t xml:space="preserve"> </w:t>
      </w:r>
      <w:proofErr w:type="spellStart"/>
      <w:r>
        <w:t>podpredsedu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tajným</w:t>
      </w:r>
      <w:proofErr w:type="spellEnd"/>
      <w:r>
        <w:t xml:space="preserve"> </w:t>
      </w:r>
      <w:proofErr w:type="spellStart"/>
      <w:r>
        <w:t>hlasovaním</w:t>
      </w:r>
      <w:proofErr w:type="spellEnd"/>
      <w:r>
        <w:t xml:space="preserve">. </w:t>
      </w:r>
      <w:proofErr w:type="spellStart"/>
      <w:r>
        <w:t>Podpredseda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ktorý</w:t>
      </w:r>
      <w:proofErr w:type="spellEnd"/>
      <w:r w:rsidR="007D4106"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riadnom</w:t>
      </w:r>
      <w:proofErr w:type="spellEnd"/>
      <w:r>
        <w:t xml:space="preserve"> </w:t>
      </w:r>
      <w:proofErr w:type="spellStart"/>
      <w:r>
        <w:t>hlasovaní</w:t>
      </w:r>
      <w:proofErr w:type="spellEnd"/>
      <w:r>
        <w:t xml:space="preserve"> </w:t>
      </w:r>
      <w:proofErr w:type="spellStart"/>
      <w:r>
        <w:t>získal</w:t>
      </w:r>
      <w:proofErr w:type="spellEnd"/>
      <w:r>
        <w:t xml:space="preserve"> </w:t>
      </w:r>
      <w:proofErr w:type="spellStart"/>
      <w:r>
        <w:t>druhý</w:t>
      </w:r>
      <w:proofErr w:type="spellEnd"/>
      <w:r>
        <w:t xml:space="preserve"> najvyšší počet hlasov.</w:t>
      </w:r>
    </w:p>
    <w:p w14:paraId="644B87EA" w14:textId="77777777" w:rsidR="00616A60" w:rsidRDefault="00DA6392" w:rsidP="009C2097">
      <w:pPr>
        <w:spacing w:after="60"/>
        <w:ind w:left="720"/>
        <w:jc w:val="both"/>
      </w:pPr>
      <w:r>
        <w:t xml:space="preserve">2. Predsedu a </w:t>
      </w:r>
      <w:proofErr w:type="spellStart"/>
      <w:r>
        <w:t>podpredsedu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volia</w:t>
      </w:r>
      <w:proofErr w:type="spellEnd"/>
      <w:r>
        <w:t xml:space="preserve"> </w:t>
      </w:r>
      <w:proofErr w:type="spellStart"/>
      <w:r>
        <w:t>členovia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nadpolovičnou</w:t>
      </w:r>
      <w:proofErr w:type="spellEnd"/>
      <w:r>
        <w:t xml:space="preserve"> </w:t>
      </w:r>
      <w:proofErr w:type="spellStart"/>
      <w:r>
        <w:t>väčšinou</w:t>
      </w:r>
      <w:proofErr w:type="spellEnd"/>
      <w:r>
        <w:t xml:space="preserve"> </w:t>
      </w:r>
      <w:proofErr w:type="spellStart"/>
      <w:r>
        <w:t>hlasov</w:t>
      </w:r>
      <w:proofErr w:type="spellEnd"/>
      <w:r w:rsidR="007D4106">
        <w:t xml:space="preserve"> </w:t>
      </w:r>
      <w:proofErr w:type="spellStart"/>
      <w:r>
        <w:t>prítomných</w:t>
      </w:r>
      <w:proofErr w:type="spellEnd"/>
      <w:r>
        <w:t xml:space="preserve"> </w:t>
      </w:r>
      <w:proofErr w:type="spellStart"/>
      <w:r>
        <w:t>členov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40AA16F7" w14:textId="77777777" w:rsidR="00616A60" w:rsidRDefault="00DA6392" w:rsidP="009C2097">
      <w:pPr>
        <w:spacing w:after="60"/>
        <w:ind w:left="720"/>
        <w:jc w:val="both"/>
      </w:pPr>
      <w:r>
        <w:t xml:space="preserve">3. Rada školy je </w:t>
      </w:r>
      <w:proofErr w:type="spellStart"/>
      <w:r>
        <w:t>uznášaniaschopná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prítomná</w:t>
      </w:r>
      <w:proofErr w:type="spellEnd"/>
      <w:r>
        <w:t xml:space="preserve"> </w:t>
      </w:r>
      <w:proofErr w:type="spellStart"/>
      <w:r>
        <w:t>nadpolovičná</w:t>
      </w:r>
      <w:proofErr w:type="spellEnd"/>
      <w:r>
        <w:t xml:space="preserve"> </w:t>
      </w:r>
      <w:proofErr w:type="spellStart"/>
      <w:r>
        <w:t>väčšina</w:t>
      </w:r>
      <w:proofErr w:type="spellEnd"/>
      <w:r w:rsidR="007D4106">
        <w:t xml:space="preserve">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členov</w:t>
      </w:r>
      <w:proofErr w:type="spellEnd"/>
      <w:r w:rsidR="007D4106">
        <w:t>.</w:t>
      </w:r>
    </w:p>
    <w:p w14:paraId="583FDE57" w14:textId="77777777" w:rsidR="00616A60" w:rsidRDefault="00DA6392" w:rsidP="009C2097">
      <w:pPr>
        <w:spacing w:after="60"/>
        <w:ind w:left="720"/>
        <w:jc w:val="both"/>
      </w:pPr>
      <w:r>
        <w:t xml:space="preserve">4. Predseda rady školy </w:t>
      </w:r>
      <w:proofErr w:type="spellStart"/>
      <w:r>
        <w:t>vyhotoví</w:t>
      </w:r>
      <w:proofErr w:type="spellEnd"/>
      <w:r>
        <w:t xml:space="preserve"> o </w:t>
      </w:r>
      <w:proofErr w:type="spellStart"/>
      <w:r>
        <w:t>vykonaní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zápisnicu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obsahuje</w:t>
      </w:r>
      <w:proofErr w:type="spellEnd"/>
      <w:r w:rsidR="007D4106">
        <w:t xml:space="preserve"> </w:t>
      </w:r>
      <w:proofErr w:type="spellStart"/>
      <w:r>
        <w:t>náležitosti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21 ods.4  a </w:t>
      </w:r>
      <w:proofErr w:type="spellStart"/>
      <w:r>
        <w:t>zabezpečí</w:t>
      </w:r>
      <w:proofErr w:type="spellEnd"/>
      <w:r>
        <w:t xml:space="preserve"> </w:t>
      </w:r>
      <w:proofErr w:type="spellStart"/>
      <w:r>
        <w:t>zverejnenie</w:t>
      </w:r>
      <w:proofErr w:type="spellEnd"/>
      <w:r>
        <w:t xml:space="preserve"> </w:t>
      </w:r>
      <w:proofErr w:type="spellStart"/>
      <w:r>
        <w:t>zápisnice</w:t>
      </w:r>
      <w:proofErr w:type="spellEnd"/>
      <w:r>
        <w:t xml:space="preserve"> do troch </w:t>
      </w:r>
      <w:proofErr w:type="spellStart"/>
      <w:r>
        <w:t>pracovných</w:t>
      </w:r>
      <w:proofErr w:type="spellEnd"/>
      <w:r>
        <w:t xml:space="preserve"> </w:t>
      </w:r>
      <w:proofErr w:type="spellStart"/>
      <w:r>
        <w:t>dní</w:t>
      </w:r>
      <w:proofErr w:type="spellEnd"/>
      <w:r>
        <w:t xml:space="preserve"> </w:t>
      </w:r>
      <w:proofErr w:type="spellStart"/>
      <w:r>
        <w:t>od</w:t>
      </w:r>
      <w:proofErr w:type="spellEnd"/>
      <w:r w:rsidR="007D4106">
        <w:t xml:space="preserve"> </w:t>
      </w:r>
      <w:proofErr w:type="spellStart"/>
      <w:r>
        <w:t>vykonania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</w:t>
      </w:r>
      <w:r w:rsidR="007D4106">
        <w:t>y</w:t>
      </w:r>
      <w:proofErr w:type="spellEnd"/>
      <w:r w:rsidR="007D4106">
        <w:t xml:space="preserve"> za </w:t>
      </w:r>
      <w:proofErr w:type="spellStart"/>
      <w:r w:rsidR="007D4106">
        <w:t>poslednú</w:t>
      </w:r>
      <w:proofErr w:type="spellEnd"/>
      <w:r w:rsidR="007D4106">
        <w:t xml:space="preserve"> </w:t>
      </w:r>
      <w:proofErr w:type="spellStart"/>
      <w:r w:rsidR="007D4106">
        <w:t>kategóriu</w:t>
      </w:r>
      <w:proofErr w:type="spellEnd"/>
      <w:r w:rsidR="007D4106">
        <w:t xml:space="preserve"> </w:t>
      </w:r>
      <w:proofErr w:type="spellStart"/>
      <w:r w:rsidR="007D4106">
        <w:t>voličov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</w:t>
      </w:r>
      <w:proofErr w:type="spellStart"/>
      <w:r>
        <w:t>materskej</w:t>
      </w:r>
      <w:proofErr w:type="spellEnd"/>
      <w:r w:rsidR="007D4106">
        <w:t xml:space="preserve"> </w:t>
      </w:r>
      <w:proofErr w:type="spellStart"/>
      <w:r>
        <w:t>školy</w:t>
      </w:r>
      <w:proofErr w:type="spellEnd"/>
      <w:r>
        <w:t>.</w:t>
      </w:r>
    </w:p>
    <w:p w14:paraId="25419CEE" w14:textId="77777777" w:rsidR="00616A60" w:rsidRDefault="00DA6392" w:rsidP="009C2097">
      <w:pPr>
        <w:spacing w:after="60"/>
        <w:ind w:firstLine="720"/>
        <w:jc w:val="both"/>
      </w:pPr>
      <w:r>
        <w:t>5. Predsedu rady školy rada školy odvolá, ak</w:t>
      </w:r>
    </w:p>
    <w:p w14:paraId="612E0A76" w14:textId="77777777" w:rsidR="00616A60" w:rsidRDefault="00DA6392" w:rsidP="009C2097">
      <w:pPr>
        <w:spacing w:after="60"/>
        <w:ind w:left="720"/>
        <w:jc w:val="both"/>
      </w:pPr>
      <w:r>
        <w:lastRenderedPageBreak/>
        <w:t xml:space="preserve">a) </w:t>
      </w:r>
      <w:proofErr w:type="spellStart"/>
      <w:r>
        <w:t>bol</w:t>
      </w:r>
      <w:proofErr w:type="spellEnd"/>
      <w:r>
        <w:t xml:space="preserve"> </w:t>
      </w:r>
      <w:proofErr w:type="spellStart"/>
      <w:r>
        <w:t>právoplatne</w:t>
      </w:r>
      <w:proofErr w:type="spellEnd"/>
      <w:r>
        <w:t xml:space="preserve"> </w:t>
      </w:r>
      <w:proofErr w:type="spellStart"/>
      <w:r>
        <w:t>odsúdený</w:t>
      </w:r>
      <w:proofErr w:type="spellEnd"/>
      <w:r>
        <w:t xml:space="preserve"> za úmyselný trestný čin,</w:t>
      </w:r>
    </w:p>
    <w:p w14:paraId="3E542CF4" w14:textId="77777777" w:rsidR="00616A60" w:rsidRDefault="00DA6392" w:rsidP="009C2097">
      <w:pPr>
        <w:spacing w:after="60"/>
        <w:ind w:firstLine="720"/>
        <w:jc w:val="both"/>
      </w:pPr>
      <w:r>
        <w:t xml:space="preserve">b) o to </w:t>
      </w:r>
      <w:proofErr w:type="spellStart"/>
      <w:r>
        <w:t>sám</w:t>
      </w:r>
      <w:proofErr w:type="spellEnd"/>
      <w:r>
        <w:t xml:space="preserve"> </w:t>
      </w:r>
      <w:proofErr w:type="spellStart"/>
      <w:r>
        <w:t>požiada</w:t>
      </w:r>
      <w:proofErr w:type="spellEnd"/>
      <w:r>
        <w:t>.</w:t>
      </w:r>
    </w:p>
    <w:p w14:paraId="3E4D6F8C" w14:textId="77777777" w:rsidR="00616A60" w:rsidRDefault="00DA6392" w:rsidP="009C2097">
      <w:pPr>
        <w:spacing w:after="60"/>
        <w:ind w:firstLine="720"/>
        <w:jc w:val="both"/>
      </w:pPr>
      <w:r>
        <w:t>6. Predsedu rady školy môže rada školy odvolať, ak</w:t>
      </w:r>
    </w:p>
    <w:p w14:paraId="3BBD1EB5" w14:textId="77777777" w:rsidR="00616A60" w:rsidRDefault="00DA6392" w:rsidP="009C2097">
      <w:pPr>
        <w:spacing w:after="60"/>
        <w:ind w:left="720"/>
        <w:jc w:val="both"/>
      </w:pPr>
      <w:r>
        <w:t xml:space="preserve">a)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schopný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lekárskeho</w:t>
      </w:r>
      <w:proofErr w:type="spellEnd"/>
      <w:r>
        <w:t xml:space="preserve"> </w:t>
      </w:r>
      <w:proofErr w:type="spellStart"/>
      <w:r>
        <w:t>posudku</w:t>
      </w:r>
      <w:proofErr w:type="spellEnd"/>
      <w:r>
        <w:t xml:space="preserve"> zo </w:t>
      </w:r>
      <w:proofErr w:type="spellStart"/>
      <w:r>
        <w:t>zdravotných</w:t>
      </w:r>
      <w:proofErr w:type="spellEnd"/>
      <w:r>
        <w:t xml:space="preserve"> </w:t>
      </w:r>
      <w:proofErr w:type="spellStart"/>
      <w:r>
        <w:t>dôvodov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funkciu</w:t>
      </w:r>
      <w:proofErr w:type="spellEnd"/>
      <w:r w:rsidR="007D4106">
        <w:t xml:space="preserve"> </w:t>
      </w:r>
      <w:proofErr w:type="spellStart"/>
      <w:r>
        <w:t>dlhšie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šesť</w:t>
      </w:r>
      <w:proofErr w:type="spellEnd"/>
      <w:r>
        <w:t xml:space="preserve"> </w:t>
      </w:r>
      <w:proofErr w:type="spellStart"/>
      <w:r>
        <w:t>mesiacov</w:t>
      </w:r>
      <w:proofErr w:type="spellEnd"/>
      <w:r>
        <w:t>,</w:t>
      </w:r>
    </w:p>
    <w:p w14:paraId="614FDF37" w14:textId="77777777" w:rsidR="00616A60" w:rsidRDefault="00DA6392" w:rsidP="009C2097">
      <w:pPr>
        <w:spacing w:after="60"/>
        <w:ind w:firstLine="720"/>
        <w:jc w:val="both"/>
      </w:pPr>
      <w:r>
        <w:t xml:space="preserve">b) </w:t>
      </w:r>
      <w:proofErr w:type="spellStart"/>
      <w:r>
        <w:t>koná</w:t>
      </w:r>
      <w:proofErr w:type="spellEnd"/>
      <w:r>
        <w:t xml:space="preserve"> v </w:t>
      </w:r>
      <w:proofErr w:type="spellStart"/>
      <w:r>
        <w:t>rozpore</w:t>
      </w:r>
      <w:proofErr w:type="spellEnd"/>
      <w:r>
        <w:t xml:space="preserve"> s ustanovením zákona č.321/2025 Z.z. alebo štatútom rady školy.</w:t>
      </w:r>
    </w:p>
    <w:p w14:paraId="50333C89" w14:textId="77777777" w:rsidR="00616A60" w:rsidRDefault="00DA6392" w:rsidP="009C2097">
      <w:pPr>
        <w:spacing w:after="60"/>
        <w:ind w:left="720"/>
        <w:jc w:val="both"/>
      </w:pPr>
      <w:r>
        <w:t xml:space="preserve">7. Rada školy zasadá podľa potreby, najmenej však 2x ročne. </w:t>
      </w:r>
      <w:proofErr w:type="spellStart"/>
      <w:r>
        <w:t>Zasadnutie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zvoláva</w:t>
      </w:r>
      <w:proofErr w:type="spellEnd"/>
      <w:r w:rsidR="007D4106">
        <w:t xml:space="preserve"> </w:t>
      </w:r>
      <w:proofErr w:type="spellStart"/>
      <w:r>
        <w:t>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zasiela</w:t>
      </w:r>
      <w:proofErr w:type="spellEnd"/>
      <w:r>
        <w:t xml:space="preserve"> </w:t>
      </w:r>
      <w:proofErr w:type="spellStart"/>
      <w:r>
        <w:t>pozvánky</w:t>
      </w:r>
      <w:proofErr w:type="spellEnd"/>
      <w:r>
        <w:t xml:space="preserve"> v </w:t>
      </w:r>
      <w:proofErr w:type="spellStart"/>
      <w:r>
        <w:t>elektrinickej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všetkým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 w:rsidR="007D4106">
        <w:t xml:space="preserve"> </w:t>
      </w:r>
      <w:proofErr w:type="spellStart"/>
      <w:r>
        <w:t>najneskôr</w:t>
      </w:r>
      <w:proofErr w:type="spellEnd"/>
      <w:r>
        <w:t xml:space="preserve"> 7dní pred </w:t>
      </w:r>
      <w:proofErr w:type="spellStart"/>
      <w:r>
        <w:t>zasadnutím</w:t>
      </w:r>
      <w:proofErr w:type="spellEnd"/>
      <w:r>
        <w:t>.</w:t>
      </w:r>
    </w:p>
    <w:p w14:paraId="58A641C3" w14:textId="77777777" w:rsidR="00616A60" w:rsidRDefault="00DA6392" w:rsidP="009C2097">
      <w:pPr>
        <w:spacing w:after="60"/>
        <w:ind w:left="720"/>
        <w:jc w:val="both"/>
      </w:pPr>
      <w:r>
        <w:t xml:space="preserve">8.  Zmeny v štatúte rady školy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vykonať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 </w:t>
      </w:r>
      <w:proofErr w:type="spellStart"/>
      <w:r>
        <w:t>dodatku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na</w:t>
      </w:r>
      <w:proofErr w:type="spellEnd"/>
      <w:r w:rsidR="007D4106">
        <w:t xml:space="preserve"> </w:t>
      </w:r>
      <w:proofErr w:type="spellStart"/>
      <w:r>
        <w:t>odsúhlasenie</w:t>
      </w:r>
      <w:proofErr w:type="spellEnd"/>
      <w:r>
        <w:t xml:space="preserve"> </w:t>
      </w:r>
      <w:proofErr w:type="spellStart"/>
      <w:r>
        <w:t>ktorého</w:t>
      </w:r>
      <w:proofErr w:type="spellEnd"/>
      <w:r>
        <w:t xml:space="preserve"> je </w:t>
      </w:r>
      <w:proofErr w:type="spellStart"/>
      <w:r>
        <w:t>potrebný</w:t>
      </w:r>
      <w:proofErr w:type="spellEnd"/>
      <w:r>
        <w:t xml:space="preserve"> 2/3 počet hlasov všetkých členov rady školy.</w:t>
      </w:r>
    </w:p>
    <w:p w14:paraId="7D35C88D" w14:textId="77777777" w:rsidR="007D4106" w:rsidRDefault="007D4106">
      <w:pPr>
        <w:spacing w:after="60"/>
        <w:rPr>
          <w:b/>
          <w:sz w:val="26"/>
        </w:rPr>
      </w:pPr>
    </w:p>
    <w:p w14:paraId="135BCCF3" w14:textId="77777777" w:rsidR="00616A60" w:rsidRDefault="00DA6392" w:rsidP="007D4106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VII.</w:t>
      </w:r>
    </w:p>
    <w:p w14:paraId="43D24657" w14:textId="77777777" w:rsidR="00D31F22" w:rsidRDefault="00D31F22" w:rsidP="007D4106">
      <w:pPr>
        <w:spacing w:after="60"/>
        <w:jc w:val="center"/>
      </w:pPr>
    </w:p>
    <w:p w14:paraId="74E15D0E" w14:textId="77777777" w:rsidR="00616A60" w:rsidRDefault="00DA6392" w:rsidP="009C2097">
      <w:pPr>
        <w:spacing w:after="60"/>
        <w:jc w:val="both"/>
      </w:pPr>
      <w:r>
        <w:rPr>
          <w:b/>
        </w:rPr>
        <w:t>Práva a povinnosti člena rady školy</w:t>
      </w:r>
    </w:p>
    <w:p w14:paraId="04BBE00B" w14:textId="77777777" w:rsidR="00616A60" w:rsidRDefault="007D4106" w:rsidP="009C2097">
      <w:pPr>
        <w:spacing w:after="60"/>
        <w:ind w:firstLine="720"/>
        <w:jc w:val="both"/>
      </w:pPr>
      <w:r>
        <w:t xml:space="preserve">1.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právo</w:t>
      </w:r>
      <w:proofErr w:type="spellEnd"/>
      <w:r w:rsidR="00DA6392">
        <w:t>:</w:t>
      </w:r>
    </w:p>
    <w:p w14:paraId="368EC683" w14:textId="77777777" w:rsidR="00616A60" w:rsidRDefault="00DA6392" w:rsidP="009C2097">
      <w:pPr>
        <w:spacing w:after="60"/>
        <w:ind w:firstLine="720"/>
        <w:jc w:val="both"/>
      </w:pPr>
      <w:r>
        <w:t xml:space="preserve">a) </w:t>
      </w:r>
      <w:proofErr w:type="spellStart"/>
      <w:r>
        <w:t>navrhovať</w:t>
      </w:r>
      <w:proofErr w:type="spellEnd"/>
      <w:r>
        <w:t xml:space="preserve"> </w:t>
      </w:r>
      <w:proofErr w:type="spellStart"/>
      <w:r>
        <w:t>kandidátov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predsedu a podpredsedu rady školy,</w:t>
      </w:r>
    </w:p>
    <w:p w14:paraId="1E625221" w14:textId="77777777" w:rsidR="00616A60" w:rsidRDefault="00DA6392" w:rsidP="009C2097">
      <w:pPr>
        <w:spacing w:after="60"/>
        <w:ind w:firstLine="720"/>
        <w:jc w:val="both"/>
      </w:pPr>
      <w:r>
        <w:t xml:space="preserve">b) </w:t>
      </w:r>
      <w:proofErr w:type="spellStart"/>
      <w:r>
        <w:t>voliť</w:t>
      </w:r>
      <w:proofErr w:type="spellEnd"/>
      <w:r>
        <w:t xml:space="preserve"> a </w:t>
      </w:r>
      <w:proofErr w:type="spellStart"/>
      <w:r>
        <w:t>byť</w:t>
      </w:r>
      <w:proofErr w:type="spellEnd"/>
      <w:r>
        <w:t xml:space="preserve"> </w:t>
      </w:r>
      <w:proofErr w:type="spellStart"/>
      <w:r>
        <w:t>volený</w:t>
      </w:r>
      <w:proofErr w:type="spellEnd"/>
      <w:r>
        <w:t xml:space="preserve"> do funkcie predsedu a podpredsedu rady školy,</w:t>
      </w:r>
    </w:p>
    <w:p w14:paraId="3CF57ADB" w14:textId="77777777" w:rsidR="00616A60" w:rsidRDefault="00DA6392" w:rsidP="009C2097">
      <w:pPr>
        <w:spacing w:after="60"/>
        <w:ind w:left="720"/>
        <w:jc w:val="both"/>
      </w:pPr>
      <w:r>
        <w:t xml:space="preserve">c) </w:t>
      </w:r>
      <w:proofErr w:type="spellStart"/>
      <w:r>
        <w:t>byť</w:t>
      </w:r>
      <w:proofErr w:type="spellEnd"/>
      <w:r>
        <w:t xml:space="preserve"> </w:t>
      </w:r>
      <w:proofErr w:type="spellStart"/>
      <w:r>
        <w:t>informovaný</w:t>
      </w:r>
      <w:proofErr w:type="spellEnd"/>
      <w:r>
        <w:t xml:space="preserve"> o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skutočnostiach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predmetom</w:t>
      </w:r>
      <w:proofErr w:type="spellEnd"/>
      <w:r>
        <w:t xml:space="preserve"> </w:t>
      </w:r>
      <w:proofErr w:type="spellStart"/>
      <w:r>
        <w:t>rokovania</w:t>
      </w:r>
      <w:proofErr w:type="spellEnd"/>
      <w:r>
        <w:t xml:space="preserve"> </w:t>
      </w:r>
      <w:proofErr w:type="spellStart"/>
      <w:r>
        <w:t>rady</w:t>
      </w:r>
      <w:proofErr w:type="spellEnd"/>
      <w:r w:rsidR="007D4106">
        <w:t xml:space="preserve"> </w:t>
      </w:r>
      <w:proofErr w:type="spellStart"/>
      <w:r>
        <w:t>školy</w:t>
      </w:r>
      <w:proofErr w:type="spellEnd"/>
      <w:r>
        <w:t xml:space="preserve"> v </w:t>
      </w:r>
      <w:proofErr w:type="spellStart"/>
      <w:r>
        <w:t>lehote</w:t>
      </w:r>
      <w:proofErr w:type="spellEnd"/>
      <w:r>
        <w:t xml:space="preserve"> 3 </w:t>
      </w:r>
      <w:proofErr w:type="spellStart"/>
      <w:r>
        <w:t>kalendárnych</w:t>
      </w:r>
      <w:proofErr w:type="spellEnd"/>
      <w:r>
        <w:t xml:space="preserve"> </w:t>
      </w:r>
      <w:proofErr w:type="spellStart"/>
      <w:r>
        <w:t>dní</w:t>
      </w:r>
      <w:proofErr w:type="spellEnd"/>
      <w:r>
        <w:t xml:space="preserve"> pred zasadnutím rady školy a slobodne sa k nim vyjadrovať,</w:t>
      </w:r>
    </w:p>
    <w:p w14:paraId="3076E63F" w14:textId="77777777" w:rsidR="00616A60" w:rsidRDefault="00DA6392" w:rsidP="009C2097">
      <w:pPr>
        <w:spacing w:after="60"/>
        <w:ind w:firstLine="720"/>
        <w:jc w:val="both"/>
      </w:pPr>
      <w:r>
        <w:t xml:space="preserve">d) </w:t>
      </w:r>
      <w:proofErr w:type="spellStart"/>
      <w:r>
        <w:t>hlasovať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všetkým</w:t>
      </w:r>
      <w:proofErr w:type="spellEnd"/>
      <w:r>
        <w:t xml:space="preserve"> </w:t>
      </w:r>
      <w:proofErr w:type="spellStart"/>
      <w:r>
        <w:t>uzneseniam</w:t>
      </w:r>
      <w:proofErr w:type="spellEnd"/>
      <w:r>
        <w:t xml:space="preserve"> rady školy,</w:t>
      </w:r>
    </w:p>
    <w:p w14:paraId="5C6BCBB0" w14:textId="77777777" w:rsidR="00616A60" w:rsidRDefault="00DA6392" w:rsidP="009C2097">
      <w:pPr>
        <w:spacing w:after="60"/>
        <w:ind w:firstLine="720"/>
        <w:jc w:val="both"/>
      </w:pPr>
      <w:r>
        <w:t xml:space="preserve">e) </w:t>
      </w:r>
      <w:proofErr w:type="spellStart"/>
      <w:r>
        <w:t>predkladať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rokovanie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školy vlastné návrhy, námety prípadne materiály</w:t>
      </w:r>
    </w:p>
    <w:p w14:paraId="2E71FFBF" w14:textId="77777777" w:rsidR="00616A60" w:rsidRDefault="00DA6392" w:rsidP="009C2097">
      <w:pPr>
        <w:spacing w:after="60"/>
        <w:ind w:left="720"/>
        <w:jc w:val="both"/>
      </w:pPr>
      <w:r>
        <w:t xml:space="preserve">2. Člen rady školy je povinný sa zúčastňovať jej zasadnutí. </w:t>
      </w:r>
      <w:proofErr w:type="spellStart"/>
      <w:r>
        <w:t>Neospravedlnená</w:t>
      </w:r>
      <w:proofErr w:type="spellEnd"/>
      <w:r>
        <w:t xml:space="preserve"> </w:t>
      </w:r>
      <w:proofErr w:type="spellStart"/>
      <w:r>
        <w:t>neúčasť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troch</w:t>
      </w:r>
      <w:r w:rsidR="007D4106">
        <w:t xml:space="preserve"> </w:t>
      </w:r>
      <w:r>
        <w:t xml:space="preserve">po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nasledujúcich</w:t>
      </w:r>
      <w:proofErr w:type="spellEnd"/>
      <w:r>
        <w:t xml:space="preserve"> </w:t>
      </w:r>
      <w:proofErr w:type="spellStart"/>
      <w:r>
        <w:t>zasadnutiach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hodnotí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nezáujem</w:t>
      </w:r>
      <w:proofErr w:type="spellEnd"/>
      <w:r>
        <w:t xml:space="preserve"> o </w:t>
      </w:r>
      <w:proofErr w:type="spellStart"/>
      <w:r>
        <w:t>výkon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a </w:t>
      </w:r>
      <w:proofErr w:type="spellStart"/>
      <w:r>
        <w:t>neplnenie</w:t>
      </w:r>
      <w:proofErr w:type="spellEnd"/>
      <w:r w:rsidR="007D4106"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tohoto štatútu. 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skutočnosť</w:t>
      </w:r>
      <w:proofErr w:type="spellEnd"/>
      <w:r>
        <w:t xml:space="preserve"> </w:t>
      </w:r>
      <w:proofErr w:type="spellStart"/>
      <w:r>
        <w:t>oznámi</w:t>
      </w:r>
      <w:proofErr w:type="spellEnd"/>
      <w:r w:rsidR="007D4106">
        <w:t xml:space="preserve"> </w:t>
      </w:r>
      <w:proofErr w:type="spellStart"/>
      <w:r>
        <w:t>zákonným</w:t>
      </w:r>
      <w:proofErr w:type="spellEnd"/>
      <w:r>
        <w:t xml:space="preserve"> </w:t>
      </w:r>
      <w:proofErr w:type="spellStart"/>
      <w:r>
        <w:t>zástupcom</w:t>
      </w:r>
      <w:proofErr w:type="spellEnd"/>
      <w:r>
        <w:t xml:space="preserve">, </w:t>
      </w:r>
      <w:proofErr w:type="spellStart"/>
      <w:r>
        <w:t>zamestnancom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zriaďovateľovi</w:t>
      </w:r>
      <w:proofErr w:type="spellEnd"/>
      <w:r>
        <w:t xml:space="preserve">, za </w:t>
      </w:r>
      <w:proofErr w:type="spellStart"/>
      <w:r>
        <w:t>ktorých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rady</w:t>
      </w:r>
      <w:proofErr w:type="spellEnd"/>
      <w:r w:rsidR="007D4106"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volený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delegovaný</w:t>
      </w:r>
      <w:proofErr w:type="spellEnd"/>
      <w:r>
        <w:t xml:space="preserve">, </w:t>
      </w:r>
      <w:proofErr w:type="spellStart"/>
      <w:r>
        <w:t>ktorí</w:t>
      </w:r>
      <w:proofErr w:type="spellEnd"/>
      <w:r>
        <w:t xml:space="preserve"> ho môžu odvolať.</w:t>
      </w:r>
    </w:p>
    <w:p w14:paraId="666D0FEF" w14:textId="77777777" w:rsidR="00616A60" w:rsidRDefault="00DA6392" w:rsidP="009C2097">
      <w:pPr>
        <w:spacing w:after="60"/>
        <w:ind w:left="720"/>
        <w:jc w:val="both"/>
      </w:pPr>
      <w:r>
        <w:t xml:space="preserve">3. Člen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povinný</w:t>
      </w:r>
      <w:proofErr w:type="spellEnd"/>
      <w:r>
        <w:t xml:space="preserve"> </w:t>
      </w:r>
      <w:proofErr w:type="spellStart"/>
      <w:r>
        <w:t>zabezpečiť</w:t>
      </w:r>
      <w:proofErr w:type="spellEnd"/>
      <w:r>
        <w:t xml:space="preserve"> </w:t>
      </w:r>
      <w:proofErr w:type="spellStart"/>
      <w:r>
        <w:t>ochranu</w:t>
      </w:r>
      <w:proofErr w:type="spellEnd"/>
      <w:r>
        <w:t xml:space="preserve"> </w:t>
      </w:r>
      <w:proofErr w:type="spellStart"/>
      <w:r>
        <w:t>osobných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 xml:space="preserve"> </w:t>
      </w:r>
      <w:proofErr w:type="spellStart"/>
      <w:r>
        <w:t>chránených</w:t>
      </w:r>
      <w:proofErr w:type="spellEnd"/>
      <w:r>
        <w:t xml:space="preserve"> </w:t>
      </w:r>
      <w:proofErr w:type="spellStart"/>
      <w:r>
        <w:t>všeobecne</w:t>
      </w:r>
      <w:proofErr w:type="spellEnd"/>
      <w:r w:rsidR="007D4106">
        <w:t xml:space="preserve"> </w:t>
      </w:r>
      <w:proofErr w:type="spellStart"/>
      <w:r>
        <w:t>záväznými</w:t>
      </w:r>
      <w:proofErr w:type="spellEnd"/>
      <w:r>
        <w:t xml:space="preserve"> </w:t>
      </w:r>
      <w:proofErr w:type="spellStart"/>
      <w:r>
        <w:t>právnym</w:t>
      </w:r>
      <w:proofErr w:type="spellEnd"/>
      <w:r>
        <w:t xml:space="preserve"> </w:t>
      </w:r>
      <w:proofErr w:type="spellStart"/>
      <w:r>
        <w:t>predpismi</w:t>
      </w:r>
      <w:proofErr w:type="spellEnd"/>
      <w:r>
        <w:t>.</w:t>
      </w:r>
    </w:p>
    <w:p w14:paraId="010943F5" w14:textId="77777777" w:rsidR="00616A60" w:rsidRDefault="00DA6392" w:rsidP="009C2097">
      <w:pPr>
        <w:spacing w:after="60"/>
        <w:ind w:left="720"/>
        <w:jc w:val="both"/>
      </w:pPr>
      <w:r>
        <w:t xml:space="preserve">4. Člen rady školy </w:t>
      </w:r>
      <w:proofErr w:type="spellStart"/>
      <w:r>
        <w:t>má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 </w:t>
      </w:r>
      <w:proofErr w:type="spellStart"/>
      <w:r>
        <w:t>oznámiť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</w:t>
      </w:r>
      <w:proofErr w:type="spellStart"/>
      <w:r>
        <w:t>skutočnosti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ovplyvniť</w:t>
      </w:r>
      <w:proofErr w:type="spellEnd"/>
      <w:r w:rsidR="007D4106"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členstvo</w:t>
      </w:r>
      <w:proofErr w:type="spellEnd"/>
      <w:r>
        <w:t xml:space="preserve"> (</w:t>
      </w:r>
      <w:proofErr w:type="spellStart"/>
      <w:r>
        <w:t>zánik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 xml:space="preserve">, </w:t>
      </w:r>
      <w:proofErr w:type="spellStart"/>
      <w:r>
        <w:t>pozastavenie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 xml:space="preserve"> v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výberového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na</w:t>
      </w:r>
      <w:proofErr w:type="spellEnd"/>
      <w:r w:rsidR="007D4106">
        <w:t xml:space="preserve"> </w:t>
      </w:r>
      <w:proofErr w:type="spellStart"/>
      <w:r>
        <w:t>obsadenie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riaditeľa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) v </w:t>
      </w:r>
      <w:proofErr w:type="spellStart"/>
      <w:r>
        <w:t>rade</w:t>
      </w:r>
      <w:proofErr w:type="spellEnd"/>
      <w:r>
        <w:t xml:space="preserve"> školy.</w:t>
      </w:r>
    </w:p>
    <w:p w14:paraId="5B80B258" w14:textId="77777777" w:rsidR="007D4106" w:rsidRDefault="007D4106">
      <w:pPr>
        <w:spacing w:after="60"/>
        <w:rPr>
          <w:b/>
          <w:sz w:val="26"/>
        </w:rPr>
      </w:pPr>
    </w:p>
    <w:p w14:paraId="7346B77A" w14:textId="77777777" w:rsidR="00DA6392" w:rsidRDefault="00DA6392" w:rsidP="007D4106">
      <w:pPr>
        <w:spacing w:after="60"/>
        <w:jc w:val="center"/>
        <w:rPr>
          <w:b/>
          <w:sz w:val="26"/>
        </w:rPr>
      </w:pPr>
    </w:p>
    <w:p w14:paraId="7AF9C2FF" w14:textId="77777777" w:rsidR="00616A60" w:rsidRDefault="00DA6392" w:rsidP="007D4106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VIII.</w:t>
      </w:r>
    </w:p>
    <w:p w14:paraId="5ABA9E41" w14:textId="77777777" w:rsidR="00D31F22" w:rsidRDefault="00D31F22" w:rsidP="007D4106">
      <w:pPr>
        <w:spacing w:after="60"/>
        <w:jc w:val="center"/>
      </w:pPr>
    </w:p>
    <w:p w14:paraId="445619ED" w14:textId="77777777" w:rsidR="00616A60" w:rsidRDefault="00DA6392" w:rsidP="009C2097">
      <w:pPr>
        <w:spacing w:after="60"/>
        <w:jc w:val="both"/>
      </w:pPr>
      <w:r>
        <w:rPr>
          <w:b/>
        </w:rPr>
        <w:t>Povinnosti predsedu a podpredsedu rady školy</w:t>
      </w:r>
    </w:p>
    <w:p w14:paraId="362D6BAB" w14:textId="77777777" w:rsidR="00616A60" w:rsidRDefault="00DA6392" w:rsidP="009C2097">
      <w:pPr>
        <w:spacing w:after="60"/>
        <w:ind w:left="720"/>
        <w:jc w:val="both"/>
      </w:pPr>
      <w:r>
        <w:t xml:space="preserve">1. Predseda rady školy je štatutárnym orgánom,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riadi</w:t>
      </w:r>
      <w:proofErr w:type="spellEnd"/>
      <w:r>
        <w:t xml:space="preserve"> </w:t>
      </w:r>
      <w:proofErr w:type="spellStart"/>
      <w:r>
        <w:t>činnosť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koná</w:t>
      </w:r>
      <w:proofErr w:type="spellEnd"/>
      <w:r>
        <w:t xml:space="preserve"> v </w:t>
      </w:r>
      <w:proofErr w:type="spellStart"/>
      <w:r>
        <w:t>jej</w:t>
      </w:r>
      <w:proofErr w:type="spellEnd"/>
      <w:r w:rsidR="007D4106">
        <w:t xml:space="preserve"> </w:t>
      </w:r>
      <w:proofErr w:type="spellStart"/>
      <w:r>
        <w:t>mene</w:t>
      </w:r>
      <w:proofErr w:type="spellEnd"/>
      <w:r>
        <w:t xml:space="preserve">. Nerozhoduje o </w:t>
      </w:r>
      <w:proofErr w:type="spellStart"/>
      <w:r>
        <w:t>všetkých</w:t>
      </w:r>
      <w:proofErr w:type="spellEnd"/>
      <w:r>
        <w:t xml:space="preserve"> </w:t>
      </w:r>
      <w:proofErr w:type="spellStart"/>
      <w:r>
        <w:t>záležitostiach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samostatne</w:t>
      </w:r>
      <w:proofErr w:type="spellEnd"/>
      <w:r>
        <w:t xml:space="preserve">,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len</w:t>
      </w:r>
      <w:proofErr w:type="spellEnd"/>
      <w:r>
        <w:t xml:space="preserve"> </w:t>
      </w:r>
      <w:proofErr w:type="spellStart"/>
      <w:r>
        <w:t>spoločne</w:t>
      </w:r>
      <w:proofErr w:type="spellEnd"/>
      <w:r>
        <w:t xml:space="preserve"> s</w:t>
      </w:r>
      <w:r w:rsidR="007D4106">
        <w:t xml:space="preserve"> </w:t>
      </w:r>
      <w:proofErr w:type="spellStart"/>
      <w:r>
        <w:t>ostatnými</w:t>
      </w:r>
      <w:proofErr w:type="spellEnd"/>
      <w:r>
        <w:t xml:space="preserve"> </w:t>
      </w:r>
      <w:proofErr w:type="spellStart"/>
      <w:r>
        <w:t>členmi</w:t>
      </w:r>
      <w:proofErr w:type="spellEnd"/>
      <w:r>
        <w:t xml:space="preserve"> RŠ.</w:t>
      </w:r>
    </w:p>
    <w:p w14:paraId="07885F68" w14:textId="77777777" w:rsidR="00616A60" w:rsidRDefault="00DA6392" w:rsidP="009C2097">
      <w:pPr>
        <w:spacing w:after="60"/>
        <w:ind w:left="720"/>
        <w:jc w:val="both"/>
      </w:pPr>
      <w:r>
        <w:t xml:space="preserve">2. Za predsedu rady školy môže </w:t>
      </w:r>
      <w:proofErr w:type="spellStart"/>
      <w:r>
        <w:t>byť</w:t>
      </w:r>
      <w:proofErr w:type="spellEnd"/>
      <w:r>
        <w:t xml:space="preserve"> </w:t>
      </w:r>
      <w:proofErr w:type="spellStart"/>
      <w:r>
        <w:t>zvolená</w:t>
      </w:r>
      <w:proofErr w:type="spellEnd"/>
      <w:r>
        <w:t xml:space="preserve"> </w:t>
      </w:r>
      <w:proofErr w:type="spellStart"/>
      <w:r>
        <w:t>fyzická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ktorá</w:t>
      </w:r>
      <w:proofErr w:type="spellEnd"/>
      <w:r>
        <w:t xml:space="preserve"> je </w:t>
      </w:r>
      <w:proofErr w:type="spellStart"/>
      <w:r>
        <w:t>spôsobilá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právne</w:t>
      </w:r>
      <w:proofErr w:type="spellEnd"/>
      <w:r>
        <w:t xml:space="preserve"> </w:t>
      </w:r>
      <w:proofErr w:type="spellStart"/>
      <w:r>
        <w:t>úkony</w:t>
      </w:r>
      <w:proofErr w:type="spellEnd"/>
      <w:r w:rsidR="007D4106">
        <w:t xml:space="preserve"> </w:t>
      </w:r>
      <w:r>
        <w:t xml:space="preserve">a je </w:t>
      </w:r>
      <w:proofErr w:type="spellStart"/>
      <w:r>
        <w:t>bezúhonná</w:t>
      </w:r>
      <w:proofErr w:type="spellEnd"/>
      <w:r>
        <w:t>.</w:t>
      </w:r>
    </w:p>
    <w:p w14:paraId="15C0DBEB" w14:textId="77777777" w:rsidR="00616A60" w:rsidRDefault="00DA6392" w:rsidP="009C2097">
      <w:pPr>
        <w:spacing w:after="60"/>
        <w:ind w:left="720"/>
        <w:jc w:val="both"/>
      </w:pPr>
      <w:r>
        <w:t xml:space="preserve">3. Predsedu rady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odvolať</w:t>
      </w:r>
      <w:proofErr w:type="spellEnd"/>
      <w:r>
        <w:t xml:space="preserve"> </w:t>
      </w:r>
      <w:proofErr w:type="spellStart"/>
      <w:r>
        <w:t>nadpolovičnou</w:t>
      </w:r>
      <w:proofErr w:type="spellEnd"/>
      <w:r>
        <w:t xml:space="preserve"> </w:t>
      </w:r>
      <w:proofErr w:type="spellStart"/>
      <w:r>
        <w:t>väčšinou</w:t>
      </w:r>
      <w:proofErr w:type="spellEnd"/>
      <w:r>
        <w:t xml:space="preserve"> </w:t>
      </w:r>
      <w:proofErr w:type="spellStart"/>
      <w:r>
        <w:t>hlasov</w:t>
      </w:r>
      <w:proofErr w:type="spellEnd"/>
      <w:r>
        <w:t xml:space="preserve"> </w:t>
      </w:r>
      <w:proofErr w:type="spellStart"/>
      <w:r>
        <w:t>všetkých</w:t>
      </w:r>
      <w:proofErr w:type="spellEnd"/>
      <w:r w:rsidR="007D4106">
        <w:t xml:space="preserve"> </w:t>
      </w:r>
      <w:proofErr w:type="spellStart"/>
      <w:r>
        <w:t>členov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neplní</w:t>
      </w:r>
      <w:proofErr w:type="spellEnd"/>
      <w:r>
        <w:t xml:space="preserve">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vyplývajúce</w:t>
      </w:r>
      <w:proofErr w:type="spellEnd"/>
      <w:r>
        <w:t xml:space="preserve"> mu zo </w:t>
      </w:r>
      <w:proofErr w:type="spellStart"/>
      <w:r>
        <w:t>štatútu</w:t>
      </w:r>
      <w:proofErr w:type="spellEnd"/>
      <w:r>
        <w:t xml:space="preserve">,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schopný</w:t>
      </w:r>
      <w:proofErr w:type="spellEnd"/>
      <w:r>
        <w:t xml:space="preserve"> zo</w:t>
      </w:r>
      <w:r w:rsidR="007D4106">
        <w:t xml:space="preserve"> </w:t>
      </w:r>
      <w:proofErr w:type="spellStart"/>
      <w:r>
        <w:t>zdravotných</w:t>
      </w:r>
      <w:proofErr w:type="spellEnd"/>
      <w:r>
        <w:t xml:space="preserve"> </w:t>
      </w:r>
      <w:proofErr w:type="spellStart"/>
      <w:r>
        <w:t>dôvodov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túto</w:t>
      </w:r>
      <w:proofErr w:type="spellEnd"/>
      <w:r>
        <w:t xml:space="preserve"> </w:t>
      </w:r>
      <w:proofErr w:type="spellStart"/>
      <w:r>
        <w:t>funkciu</w:t>
      </w:r>
      <w:proofErr w:type="spellEnd"/>
      <w:r>
        <w:t>.</w:t>
      </w:r>
    </w:p>
    <w:p w14:paraId="22C1969F" w14:textId="77777777" w:rsidR="00616A60" w:rsidRDefault="00DA6392" w:rsidP="009C2097">
      <w:pPr>
        <w:spacing w:after="60"/>
        <w:ind w:left="720"/>
        <w:jc w:val="both"/>
      </w:pPr>
      <w:r>
        <w:t xml:space="preserve">4. V prípade, že predseda rady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nemôže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v </w:t>
      </w:r>
      <w:proofErr w:type="spellStart"/>
      <w:r>
        <w:t>zmysle</w:t>
      </w:r>
      <w:proofErr w:type="spellEnd"/>
      <w:r w:rsidR="007D4106">
        <w:t xml:space="preserve"> </w:t>
      </w:r>
      <w:proofErr w:type="spellStart"/>
      <w:r>
        <w:t>tohto</w:t>
      </w:r>
      <w:proofErr w:type="spellEnd"/>
      <w:r>
        <w:t xml:space="preserve"> </w:t>
      </w:r>
      <w:proofErr w:type="spellStart"/>
      <w:r>
        <w:t>štatútu</w:t>
      </w:r>
      <w:proofErr w:type="spellEnd"/>
      <w:r>
        <w:t xml:space="preserve">, </w:t>
      </w:r>
      <w:proofErr w:type="spellStart"/>
      <w:r>
        <w:t>preberá</w:t>
      </w:r>
      <w:proofErr w:type="spellEnd"/>
      <w:r>
        <w:t xml:space="preserve"> ich </w:t>
      </w:r>
      <w:proofErr w:type="spellStart"/>
      <w:r>
        <w:t>podpredseda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predseda</w:t>
      </w:r>
      <w:proofErr w:type="spellEnd"/>
      <w:r>
        <w:t xml:space="preserve"> mu poskytne potrebnú súčinnosť.</w:t>
      </w:r>
    </w:p>
    <w:p w14:paraId="77BC19D7" w14:textId="77777777" w:rsidR="00616A60" w:rsidRDefault="00DA6392" w:rsidP="009C2097">
      <w:pPr>
        <w:spacing w:after="60"/>
        <w:ind w:firstLine="720"/>
        <w:jc w:val="both"/>
      </w:pPr>
      <w:r>
        <w:t>5. Predsedu zastupuje v plnom rozsahu jeho práv a povinností podpredseda.</w:t>
      </w:r>
    </w:p>
    <w:p w14:paraId="06384345" w14:textId="77777777" w:rsidR="00616A60" w:rsidRDefault="00DA6392" w:rsidP="009C2097">
      <w:pPr>
        <w:spacing w:after="60"/>
        <w:ind w:left="720"/>
        <w:jc w:val="both"/>
      </w:pPr>
      <w:r>
        <w:t xml:space="preserve">6. Predseda rady školy </w:t>
      </w:r>
      <w:proofErr w:type="spellStart"/>
      <w:r>
        <w:t>predloží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najbližšom</w:t>
      </w:r>
      <w:proofErr w:type="spellEnd"/>
      <w:r>
        <w:t xml:space="preserve"> </w:t>
      </w:r>
      <w:proofErr w:type="spellStart"/>
      <w:r>
        <w:t>zasadaní</w:t>
      </w:r>
      <w:proofErr w:type="spellEnd"/>
      <w:r>
        <w:t xml:space="preserve"> po </w:t>
      </w:r>
      <w:proofErr w:type="spellStart"/>
      <w:r>
        <w:t>ustanovení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návrh</w:t>
      </w:r>
      <w:proofErr w:type="spellEnd"/>
      <w:r>
        <w:t xml:space="preserve"> </w:t>
      </w:r>
      <w:proofErr w:type="spellStart"/>
      <w:r>
        <w:t>štatútu</w:t>
      </w:r>
      <w:proofErr w:type="spellEnd"/>
      <w:r w:rsidR="007D4106"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schválenie</w:t>
      </w:r>
      <w:proofErr w:type="spellEnd"/>
      <w:r>
        <w:t>.</w:t>
      </w:r>
    </w:p>
    <w:p w14:paraId="377972C7" w14:textId="77777777" w:rsidR="00616A60" w:rsidRDefault="00DA6392" w:rsidP="009C2097">
      <w:pPr>
        <w:spacing w:after="60"/>
        <w:ind w:firstLine="720"/>
        <w:jc w:val="both"/>
      </w:pPr>
      <w:r>
        <w:t>7. Predseda rady školy zvoláva, pripravuje a riadi schôdze rady školy.</w:t>
      </w:r>
    </w:p>
    <w:p w14:paraId="4935056C" w14:textId="77777777" w:rsidR="00616A60" w:rsidRDefault="00DA6392" w:rsidP="009C2097">
      <w:pPr>
        <w:spacing w:after="60"/>
        <w:ind w:left="720"/>
        <w:jc w:val="both"/>
      </w:pPr>
      <w:r>
        <w:t xml:space="preserve">8. Predseda rady školy zvolá radu školy najneskôr do 15 </w:t>
      </w:r>
      <w:proofErr w:type="spellStart"/>
      <w:r>
        <w:t>dní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o to </w:t>
      </w:r>
      <w:proofErr w:type="spellStart"/>
      <w:r>
        <w:t>požiada</w:t>
      </w:r>
      <w:proofErr w:type="spellEnd"/>
      <w:r>
        <w:t xml:space="preserve"> </w:t>
      </w:r>
      <w:proofErr w:type="spellStart"/>
      <w:r>
        <w:t>tretina</w:t>
      </w:r>
      <w:proofErr w:type="spellEnd"/>
      <w:r>
        <w:t xml:space="preserve"> </w:t>
      </w:r>
      <w:proofErr w:type="spellStart"/>
      <w:r>
        <w:t>členov</w:t>
      </w:r>
      <w:proofErr w:type="spellEnd"/>
      <w:r w:rsidR="007D4106"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riaditeľ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štvrtina</w:t>
      </w:r>
      <w:proofErr w:type="spellEnd"/>
      <w:r>
        <w:t xml:space="preserve"> </w:t>
      </w:r>
      <w:proofErr w:type="spellStart"/>
      <w:r>
        <w:t>zamestnancov</w:t>
      </w:r>
      <w:proofErr w:type="spellEnd"/>
      <w:r>
        <w:t xml:space="preserve"> školy alebo zriaďovateľ školy.</w:t>
      </w:r>
    </w:p>
    <w:p w14:paraId="121DE4DE" w14:textId="77777777" w:rsidR="00616A60" w:rsidRDefault="00DA6392" w:rsidP="009C2097">
      <w:pPr>
        <w:spacing w:after="60"/>
        <w:ind w:left="720"/>
        <w:jc w:val="both"/>
      </w:pPr>
      <w:r>
        <w:t>9. Predseda rady školy je predsedom výberovej komisie na obsadenie funkcie riaditeľa školy.</w:t>
      </w:r>
    </w:p>
    <w:p w14:paraId="1FE1C9F4" w14:textId="77777777" w:rsidR="00616A60" w:rsidRDefault="00DA6392" w:rsidP="009C2097">
      <w:pPr>
        <w:spacing w:after="60"/>
        <w:ind w:left="720"/>
        <w:jc w:val="both"/>
      </w:pPr>
      <w:r>
        <w:t xml:space="preserve">10.  </w:t>
      </w:r>
      <w:proofErr w:type="spellStart"/>
      <w:r>
        <w:t>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zostavuje</w:t>
      </w:r>
      <w:proofErr w:type="spellEnd"/>
      <w:r>
        <w:t xml:space="preserve"> </w:t>
      </w:r>
      <w:proofErr w:type="spellStart"/>
      <w:r>
        <w:t>zoznam</w:t>
      </w:r>
      <w:proofErr w:type="spellEnd"/>
      <w:r>
        <w:t xml:space="preserve"> </w:t>
      </w:r>
      <w:proofErr w:type="spellStart"/>
      <w:r>
        <w:t>kandidátov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voľbách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za </w:t>
      </w:r>
      <w:proofErr w:type="spellStart"/>
      <w:r>
        <w:t>príslušnú</w:t>
      </w:r>
      <w:proofErr w:type="spellEnd"/>
      <w:r w:rsidR="007D4106"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volieb</w:t>
      </w:r>
      <w:proofErr w:type="spellEnd"/>
      <w:r>
        <w:t xml:space="preserve"> </w:t>
      </w:r>
      <w:proofErr w:type="spellStart"/>
      <w:r>
        <w:t>vyhlásených</w:t>
      </w:r>
      <w:proofErr w:type="spellEnd"/>
      <w:r>
        <w:t xml:space="preserve"> </w:t>
      </w:r>
      <w:proofErr w:type="spellStart"/>
      <w:r>
        <w:t>zriaďovateľom</w:t>
      </w:r>
      <w:proofErr w:type="spellEnd"/>
      <w:r>
        <w:t xml:space="preserve">, </w:t>
      </w:r>
      <w:proofErr w:type="spellStart"/>
      <w:r>
        <w:t>vyhotoví</w:t>
      </w:r>
      <w:proofErr w:type="spellEnd"/>
      <w:r>
        <w:t xml:space="preserve"> </w:t>
      </w:r>
      <w:proofErr w:type="spellStart"/>
      <w:r>
        <w:t>zápisnicu</w:t>
      </w:r>
      <w:proofErr w:type="spellEnd"/>
      <w:r>
        <w:t xml:space="preserve"> o </w:t>
      </w:r>
      <w:proofErr w:type="spellStart"/>
      <w:r>
        <w:t>vykonaní</w:t>
      </w:r>
      <w:proofErr w:type="spellEnd"/>
      <w:r w:rsidR="007D4106"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zabezpečí</w:t>
      </w:r>
      <w:proofErr w:type="spellEnd"/>
      <w:r>
        <w:t xml:space="preserve"> </w:t>
      </w:r>
      <w:proofErr w:type="spellStart"/>
      <w:r>
        <w:t>zverejnenie</w:t>
      </w:r>
      <w:proofErr w:type="spellEnd"/>
      <w:r>
        <w:t xml:space="preserve"> </w:t>
      </w:r>
      <w:proofErr w:type="spellStart"/>
      <w:r>
        <w:t>zápisnice</w:t>
      </w:r>
      <w:proofErr w:type="spellEnd"/>
      <w:r>
        <w:t xml:space="preserve"> do troch </w:t>
      </w:r>
      <w:proofErr w:type="spellStart"/>
      <w:r>
        <w:t>pracovných</w:t>
      </w:r>
      <w:proofErr w:type="spellEnd"/>
      <w:r>
        <w:t xml:space="preserve"> </w:t>
      </w:r>
      <w:proofErr w:type="spellStart"/>
      <w:r>
        <w:t>dní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vykonania</w:t>
      </w:r>
      <w:proofErr w:type="spellEnd"/>
      <w:r w:rsidR="007D4106">
        <w:t xml:space="preserve">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za </w:t>
      </w:r>
      <w:proofErr w:type="spellStart"/>
      <w:r>
        <w:t>poslednú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21</w:t>
      </w:r>
      <w:r w:rsidR="007D4106">
        <w:t xml:space="preserve"> </w:t>
      </w:r>
      <w:proofErr w:type="spellStart"/>
      <w:r>
        <w:t>ods</w:t>
      </w:r>
      <w:proofErr w:type="spellEnd"/>
      <w:r>
        <w:t>. 1, 4 a 5 zákona č. 321/2025 Z. z.</w:t>
      </w:r>
    </w:p>
    <w:p w14:paraId="340D5D0C" w14:textId="77777777" w:rsidR="00616A60" w:rsidRDefault="00DA6392" w:rsidP="009C2097">
      <w:pPr>
        <w:spacing w:after="60"/>
        <w:ind w:left="720"/>
        <w:jc w:val="both"/>
      </w:pPr>
      <w:r>
        <w:t>11. Predseda rady školy doručuje písomný záznam o odvolaní člena rady školy zriaďovateľovi.</w:t>
      </w:r>
    </w:p>
    <w:p w14:paraId="7FB7732B" w14:textId="77777777" w:rsidR="00616A60" w:rsidRDefault="00DA6392" w:rsidP="009C2097">
      <w:pPr>
        <w:spacing w:after="60"/>
        <w:ind w:left="720"/>
        <w:jc w:val="both"/>
      </w:pPr>
      <w:r>
        <w:t xml:space="preserve">12. Ak bol predseda rady školy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podpredseda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odvolaný</w:t>
      </w:r>
      <w:proofErr w:type="spellEnd"/>
      <w:r>
        <w:t xml:space="preserve"> z </w:t>
      </w:r>
      <w:proofErr w:type="spellStart"/>
      <w:r>
        <w:t>tejto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alebo</w:t>
      </w:r>
      <w:proofErr w:type="spellEnd"/>
      <w:r w:rsidR="00D31F22"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vzdal</w:t>
      </w:r>
      <w:proofErr w:type="spellEnd"/>
      <w:r>
        <w:t xml:space="preserve">, </w:t>
      </w:r>
      <w:proofErr w:type="spellStart"/>
      <w:r>
        <w:t>ostáva</w:t>
      </w:r>
      <w:proofErr w:type="spellEnd"/>
      <w:r>
        <w:t xml:space="preserve"> </w:t>
      </w:r>
      <w:proofErr w:type="spellStart"/>
      <w:r>
        <w:t>členom</w:t>
      </w:r>
      <w:proofErr w:type="spellEnd"/>
      <w:r>
        <w:t xml:space="preserve"> rady </w:t>
      </w:r>
      <w:proofErr w:type="spellStart"/>
      <w:r>
        <w:t>školy</w:t>
      </w:r>
      <w:proofErr w:type="spellEnd"/>
      <w:r>
        <w:t xml:space="preserve"> za </w:t>
      </w:r>
      <w:proofErr w:type="spellStart"/>
      <w:r>
        <w:t>príslušnú</w:t>
      </w:r>
      <w:proofErr w:type="spellEnd"/>
      <w:r>
        <w:t xml:space="preserve"> </w:t>
      </w:r>
      <w:proofErr w:type="spellStart"/>
      <w:r>
        <w:t>kategóriu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 xml:space="preserve"> a </w:t>
      </w:r>
      <w:proofErr w:type="spellStart"/>
      <w:r>
        <w:t>členovia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 w:rsidR="00D31F22">
        <w:t xml:space="preserve"> </w:t>
      </w:r>
      <w:proofErr w:type="spellStart"/>
      <w:r>
        <w:t>bezodkladne</w:t>
      </w:r>
      <w:proofErr w:type="spellEnd"/>
      <w:r>
        <w:t xml:space="preserve"> </w:t>
      </w:r>
      <w:proofErr w:type="spellStart"/>
      <w:r>
        <w:t>zvolia</w:t>
      </w:r>
      <w:proofErr w:type="spellEnd"/>
      <w:r>
        <w:t xml:space="preserve"> </w:t>
      </w:r>
      <w:proofErr w:type="spellStart"/>
      <w:r>
        <w:t>nového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alebo podpredsedu rady školy.</w:t>
      </w:r>
    </w:p>
    <w:p w14:paraId="3BCA2258" w14:textId="77777777" w:rsidR="00616A60" w:rsidRDefault="00DA6392" w:rsidP="009C2097">
      <w:pPr>
        <w:spacing w:after="60"/>
        <w:ind w:left="720"/>
        <w:jc w:val="both"/>
      </w:pPr>
      <w:r>
        <w:lastRenderedPageBreak/>
        <w:t xml:space="preserve">13. Členstvo v rade školy sa </w:t>
      </w:r>
      <w:proofErr w:type="spellStart"/>
      <w:r>
        <w:t>pozastavuje</w:t>
      </w:r>
      <w:proofErr w:type="spellEnd"/>
      <w:r>
        <w:t xml:space="preserve"> </w:t>
      </w:r>
      <w:proofErr w:type="spellStart"/>
      <w:r>
        <w:t>dňom</w:t>
      </w:r>
      <w:proofErr w:type="spellEnd"/>
      <w:r>
        <w:t xml:space="preserve">, </w:t>
      </w:r>
      <w:proofErr w:type="spellStart"/>
      <w:r>
        <w:t>kedy</w:t>
      </w:r>
      <w:proofErr w:type="spellEnd"/>
      <w:r>
        <w:t xml:space="preserve">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podal</w:t>
      </w:r>
      <w:proofErr w:type="spellEnd"/>
      <w:r>
        <w:t xml:space="preserve"> </w:t>
      </w:r>
      <w:proofErr w:type="spellStart"/>
      <w:r>
        <w:t>žiadosť</w:t>
      </w:r>
      <w:proofErr w:type="spellEnd"/>
      <w:r>
        <w:t xml:space="preserve"> o </w:t>
      </w:r>
      <w:proofErr w:type="spellStart"/>
      <w:r>
        <w:t>zaradenie</w:t>
      </w:r>
      <w:proofErr w:type="spellEnd"/>
      <w:r w:rsidR="00D31F22">
        <w:t xml:space="preserve"> </w:t>
      </w:r>
      <w:r>
        <w:t xml:space="preserve">do </w:t>
      </w:r>
      <w:proofErr w:type="spellStart"/>
      <w:r>
        <w:t>výberového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riaditeľa príslušnej školy. </w:t>
      </w:r>
      <w:proofErr w:type="spellStart"/>
      <w:r>
        <w:t>Členstvo</w:t>
      </w:r>
      <w:proofErr w:type="spellEnd"/>
      <w:r>
        <w:t xml:space="preserve"> v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 w:rsidR="00D31F22">
        <w:t xml:space="preserve"> </w:t>
      </w:r>
      <w:proofErr w:type="spellStart"/>
      <w:r>
        <w:t>pozastavuje</w:t>
      </w:r>
      <w:proofErr w:type="spellEnd"/>
      <w:r>
        <w:t xml:space="preserve"> </w:t>
      </w:r>
      <w:proofErr w:type="spellStart"/>
      <w:r>
        <w:t>až</w:t>
      </w:r>
      <w:proofErr w:type="spellEnd"/>
      <w:r>
        <w:t xml:space="preserve"> do </w:t>
      </w:r>
      <w:proofErr w:type="spellStart"/>
      <w:r>
        <w:t>vyhlásenia</w:t>
      </w:r>
      <w:proofErr w:type="spellEnd"/>
      <w:r>
        <w:t xml:space="preserve"> </w:t>
      </w:r>
      <w:proofErr w:type="spellStart"/>
      <w:r>
        <w:t>výsledkov</w:t>
      </w:r>
      <w:proofErr w:type="spellEnd"/>
      <w:r>
        <w:t xml:space="preserve"> </w:t>
      </w:r>
      <w:proofErr w:type="spellStart"/>
      <w:r>
        <w:t>výberového</w:t>
      </w:r>
      <w:proofErr w:type="spellEnd"/>
      <w:r>
        <w:t xml:space="preserve"> </w:t>
      </w:r>
      <w:proofErr w:type="spellStart"/>
      <w:r>
        <w:t>konania</w:t>
      </w:r>
      <w:proofErr w:type="spellEnd"/>
      <w:r>
        <w:t>.</w:t>
      </w:r>
    </w:p>
    <w:p w14:paraId="54946F32" w14:textId="77777777" w:rsidR="00616A60" w:rsidRDefault="00DA6392" w:rsidP="009C2097">
      <w:pPr>
        <w:spacing w:after="60"/>
        <w:ind w:left="720"/>
        <w:jc w:val="both"/>
      </w:pPr>
      <w:r>
        <w:t xml:space="preserve">14. Členstvo v rade školy sa </w:t>
      </w:r>
      <w:proofErr w:type="spellStart"/>
      <w:r>
        <w:t>pozastavuje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, </w:t>
      </w:r>
      <w:proofErr w:type="spellStart"/>
      <w:r>
        <w:t>kedy</w:t>
      </w:r>
      <w:proofErr w:type="spellEnd"/>
      <w:r>
        <w:t xml:space="preserve"> je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poverený</w:t>
      </w:r>
      <w:proofErr w:type="spellEnd"/>
      <w:r>
        <w:t xml:space="preserve"> </w:t>
      </w:r>
      <w:proofErr w:type="spellStart"/>
      <w:r>
        <w:t>zastupovaním</w:t>
      </w:r>
      <w:proofErr w:type="spellEnd"/>
      <w:r w:rsidR="00D31F22">
        <w:t xml:space="preserve"> </w:t>
      </w:r>
      <w:proofErr w:type="spellStart"/>
      <w:r>
        <w:t>riaditeľa</w:t>
      </w:r>
      <w:proofErr w:type="spellEnd"/>
      <w:r>
        <w:t>.</w:t>
      </w:r>
    </w:p>
    <w:p w14:paraId="5D7ABA36" w14:textId="77777777" w:rsidR="00616A60" w:rsidRDefault="00DA6392" w:rsidP="009C2097">
      <w:pPr>
        <w:spacing w:after="60"/>
        <w:ind w:left="720"/>
        <w:jc w:val="both"/>
      </w:pPr>
      <w:r>
        <w:t xml:space="preserve">15. Ak sa členstvo v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pozastavilo</w:t>
      </w:r>
      <w:proofErr w:type="spellEnd"/>
      <w:r>
        <w:t xml:space="preserve"> </w:t>
      </w:r>
      <w:proofErr w:type="spellStart"/>
      <w:r>
        <w:t>predsedovi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podpredsedovi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,</w:t>
      </w:r>
      <w:r w:rsidR="00D31F22">
        <w:t xml:space="preserve"> </w:t>
      </w:r>
      <w:r>
        <w:t xml:space="preserve">v </w:t>
      </w:r>
      <w:proofErr w:type="spellStart"/>
      <w:r>
        <w:t>deň</w:t>
      </w:r>
      <w:proofErr w:type="spellEnd"/>
      <w:r>
        <w:t xml:space="preserve"> </w:t>
      </w:r>
      <w:proofErr w:type="spellStart"/>
      <w:r>
        <w:t>pozastavenia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 xml:space="preserve"> </w:t>
      </w:r>
      <w:proofErr w:type="spellStart"/>
      <w:r>
        <w:t>poverí</w:t>
      </w:r>
      <w:proofErr w:type="spellEnd"/>
      <w:r>
        <w:t xml:space="preserve"> 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iného</w:t>
      </w:r>
      <w:proofErr w:type="spellEnd"/>
      <w:r>
        <w:t xml:space="preserve">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výkonom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 w:rsidR="00D31F22">
        <w:t xml:space="preserve"> </w:t>
      </w:r>
      <w:proofErr w:type="spellStart"/>
      <w:r>
        <w:t>školy</w:t>
      </w:r>
      <w:proofErr w:type="spellEnd"/>
      <w:r>
        <w:t xml:space="preserve"> do </w:t>
      </w:r>
      <w:proofErr w:type="spellStart"/>
      <w:r>
        <w:t>konca</w:t>
      </w:r>
      <w:proofErr w:type="spellEnd"/>
      <w:r>
        <w:t xml:space="preserve"> </w:t>
      </w:r>
      <w:proofErr w:type="spellStart"/>
      <w:r>
        <w:t>pozastavenia</w:t>
      </w:r>
      <w:proofErr w:type="spellEnd"/>
      <w:r>
        <w:t xml:space="preserve"> </w:t>
      </w:r>
      <w:proofErr w:type="spellStart"/>
      <w:r>
        <w:t>členstva</w:t>
      </w:r>
      <w:proofErr w:type="spellEnd"/>
      <w:r>
        <w:t xml:space="preserve"> </w:t>
      </w:r>
      <w:proofErr w:type="spellStart"/>
      <w:r>
        <w:t>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podpredsedu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48469CC8" w14:textId="77777777" w:rsidR="00DA6392" w:rsidRDefault="00DA6392">
      <w:pPr>
        <w:spacing w:after="60"/>
      </w:pPr>
    </w:p>
    <w:p w14:paraId="57F98576" w14:textId="77777777" w:rsidR="00DA6392" w:rsidRDefault="00DA6392" w:rsidP="00DA6392">
      <w:pPr>
        <w:spacing w:after="60"/>
        <w:jc w:val="center"/>
        <w:rPr>
          <w:b/>
          <w:sz w:val="28"/>
        </w:rPr>
      </w:pPr>
      <w:proofErr w:type="spellStart"/>
      <w:r w:rsidRPr="00DA6392">
        <w:rPr>
          <w:b/>
          <w:sz w:val="28"/>
        </w:rPr>
        <w:t>Článok</w:t>
      </w:r>
      <w:proofErr w:type="spellEnd"/>
      <w:r w:rsidRPr="00DA6392">
        <w:rPr>
          <w:b/>
          <w:sz w:val="28"/>
        </w:rPr>
        <w:t xml:space="preserve"> IX.</w:t>
      </w:r>
    </w:p>
    <w:p w14:paraId="1A81F3C9" w14:textId="77777777" w:rsidR="00DA6392" w:rsidRPr="00DA6392" w:rsidRDefault="00DA6392" w:rsidP="00DA6392">
      <w:pPr>
        <w:spacing w:after="60"/>
        <w:jc w:val="center"/>
        <w:rPr>
          <w:b/>
          <w:sz w:val="28"/>
        </w:rPr>
      </w:pPr>
    </w:p>
    <w:p w14:paraId="0672196D" w14:textId="77777777" w:rsidR="00DA6392" w:rsidRDefault="00DA6392" w:rsidP="009C2097">
      <w:pPr>
        <w:spacing w:after="60"/>
        <w:jc w:val="both"/>
      </w:pPr>
      <w:proofErr w:type="spellStart"/>
      <w:r>
        <w:t>Vedenie</w:t>
      </w:r>
      <w:proofErr w:type="spellEnd"/>
      <w:r>
        <w:t xml:space="preserve"> </w:t>
      </w:r>
      <w:proofErr w:type="spellStart"/>
      <w:r>
        <w:t>dokumentácie</w:t>
      </w:r>
      <w:proofErr w:type="spellEnd"/>
      <w:r>
        <w:t xml:space="preserve"> zo </w:t>
      </w:r>
      <w:proofErr w:type="spellStart"/>
      <w:r>
        <w:t>zasadnutia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spôsob</w:t>
      </w:r>
      <w:proofErr w:type="spellEnd"/>
      <w:r>
        <w:t xml:space="preserve"> a </w:t>
      </w:r>
      <w:proofErr w:type="spellStart"/>
      <w:r>
        <w:t>miesto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uloženia</w:t>
      </w:r>
      <w:proofErr w:type="spellEnd"/>
      <w:r>
        <w:t xml:space="preserve"> </w:t>
      </w:r>
    </w:p>
    <w:p w14:paraId="62460EF0" w14:textId="77777777" w:rsidR="00DA6392" w:rsidRDefault="00DA6392" w:rsidP="009C2097">
      <w:pPr>
        <w:pStyle w:val="Odsekzoznamu"/>
        <w:numPr>
          <w:ilvl w:val="0"/>
          <w:numId w:val="13"/>
        </w:numPr>
        <w:spacing w:after="60"/>
        <w:jc w:val="both"/>
      </w:pPr>
      <w:r>
        <w:t xml:space="preserve">Z </w:t>
      </w:r>
      <w:proofErr w:type="spellStart"/>
      <w:r>
        <w:t>každého</w:t>
      </w:r>
      <w:proofErr w:type="spellEnd"/>
      <w:r>
        <w:t xml:space="preserve"> </w:t>
      </w:r>
      <w:proofErr w:type="spellStart"/>
      <w:r>
        <w:t>zasadnutia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vyhotovuje</w:t>
      </w:r>
      <w:proofErr w:type="spellEnd"/>
      <w:r>
        <w:t xml:space="preserve"> </w:t>
      </w:r>
      <w:proofErr w:type="spellStart"/>
      <w:r>
        <w:t>zápisnica</w:t>
      </w:r>
      <w:proofErr w:type="spellEnd"/>
      <w:r>
        <w:t xml:space="preserve"> a </w:t>
      </w:r>
      <w:proofErr w:type="spellStart"/>
      <w:r>
        <w:t>prezenčná</w:t>
      </w:r>
      <w:proofErr w:type="spellEnd"/>
      <w:r>
        <w:t xml:space="preserve"> </w:t>
      </w:r>
      <w:proofErr w:type="spellStart"/>
      <w:r>
        <w:t>listina</w:t>
      </w:r>
      <w:proofErr w:type="spellEnd"/>
      <w:r>
        <w:t>.</w:t>
      </w:r>
    </w:p>
    <w:p w14:paraId="34B7EAB3" w14:textId="77777777" w:rsidR="00DA6392" w:rsidRDefault="00DA6392" w:rsidP="009C2097">
      <w:pPr>
        <w:pStyle w:val="Odsekzoznamu"/>
        <w:numPr>
          <w:ilvl w:val="0"/>
          <w:numId w:val="13"/>
        </w:numPr>
        <w:spacing w:after="60"/>
        <w:jc w:val="both"/>
      </w:pPr>
      <w:proofErr w:type="spellStart"/>
      <w:r>
        <w:t>Uvedené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uchovávajú</w:t>
      </w:r>
      <w:proofErr w:type="spellEnd"/>
      <w:r>
        <w:t xml:space="preserve"> v </w:t>
      </w:r>
      <w:proofErr w:type="spellStart"/>
      <w:r>
        <w:t>riaditeľni</w:t>
      </w:r>
      <w:proofErr w:type="spellEnd"/>
      <w:r>
        <w:t xml:space="preserve"> </w:t>
      </w:r>
      <w:proofErr w:type="spellStart"/>
      <w:r>
        <w:t>materskej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0EB3A2E2" w14:textId="77777777" w:rsidR="00DA6392" w:rsidRDefault="00DA6392" w:rsidP="009C2097">
      <w:pPr>
        <w:pStyle w:val="Odsekzoznamu"/>
        <w:numPr>
          <w:ilvl w:val="0"/>
          <w:numId w:val="13"/>
        </w:numPr>
        <w:spacing w:after="60"/>
        <w:jc w:val="both"/>
      </w:pPr>
      <w:proofErr w:type="spellStart"/>
      <w:r>
        <w:t>Zápisnica</w:t>
      </w:r>
      <w:proofErr w:type="spellEnd"/>
      <w:r>
        <w:t xml:space="preserve"> zo </w:t>
      </w:r>
      <w:proofErr w:type="spellStart"/>
      <w:r>
        <w:t>zasadnutia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zverejňuje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webovom</w:t>
      </w:r>
      <w:proofErr w:type="spellEnd"/>
      <w:r>
        <w:t xml:space="preserve"> </w:t>
      </w:r>
      <w:proofErr w:type="spellStart"/>
      <w:r>
        <w:t>sídle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</w:p>
    <w:p w14:paraId="1C7C6104" w14:textId="77777777" w:rsidR="00DA6392" w:rsidRDefault="00DA6392" w:rsidP="009C2097">
      <w:pPr>
        <w:pStyle w:val="Odsekzoznamu"/>
        <w:numPr>
          <w:ilvl w:val="0"/>
          <w:numId w:val="13"/>
        </w:numPr>
        <w:spacing w:after="60"/>
        <w:jc w:val="both"/>
      </w:pPr>
      <w:proofErr w:type="spellStart"/>
      <w:r>
        <w:t>Dokumentácia</w:t>
      </w:r>
      <w:proofErr w:type="spellEnd"/>
      <w:r>
        <w:t xml:space="preserve"> z </w:t>
      </w:r>
      <w:proofErr w:type="spellStart"/>
      <w:r>
        <w:t>volieb</w:t>
      </w:r>
      <w:proofErr w:type="spellEnd"/>
      <w:r>
        <w:t xml:space="preserve"> do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taktiež</w:t>
      </w:r>
      <w:proofErr w:type="spellEnd"/>
      <w:r>
        <w:t xml:space="preserve"> </w:t>
      </w:r>
      <w:proofErr w:type="spellStart"/>
      <w:r>
        <w:t>uchováva</w:t>
      </w:r>
      <w:proofErr w:type="spellEnd"/>
      <w:r>
        <w:t xml:space="preserve"> v </w:t>
      </w:r>
      <w:proofErr w:type="spellStart"/>
      <w:r>
        <w:t>riaditeľni</w:t>
      </w:r>
      <w:proofErr w:type="spellEnd"/>
      <w:r>
        <w:t xml:space="preserve"> </w:t>
      </w:r>
      <w:proofErr w:type="spellStart"/>
      <w:r>
        <w:t>materskej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6AA290AC" w14:textId="77777777" w:rsidR="00D31F22" w:rsidRDefault="00D31F22">
      <w:pPr>
        <w:spacing w:after="60"/>
      </w:pPr>
    </w:p>
    <w:p w14:paraId="7994F57E" w14:textId="77777777" w:rsidR="00616A60" w:rsidRDefault="00DA6392" w:rsidP="00D31F22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X.</w:t>
      </w:r>
    </w:p>
    <w:p w14:paraId="629AC8E6" w14:textId="77777777" w:rsidR="00D31F22" w:rsidRDefault="00D31F22" w:rsidP="00D31F22">
      <w:pPr>
        <w:spacing w:after="60"/>
        <w:jc w:val="center"/>
      </w:pPr>
    </w:p>
    <w:p w14:paraId="671A0F92" w14:textId="77777777" w:rsidR="00616A60" w:rsidRDefault="00DA6392" w:rsidP="009C2097">
      <w:pPr>
        <w:spacing w:after="60"/>
        <w:jc w:val="both"/>
      </w:pPr>
      <w:r>
        <w:rPr>
          <w:b/>
        </w:rPr>
        <w:t>Vzťahy rady školy k orgánom miestnej štátnej správy</w:t>
      </w:r>
    </w:p>
    <w:p w14:paraId="6DD44315" w14:textId="77777777" w:rsidR="00616A60" w:rsidRDefault="00DA6392" w:rsidP="009C2097">
      <w:pPr>
        <w:spacing w:after="60"/>
        <w:ind w:left="720"/>
        <w:jc w:val="both"/>
      </w:pPr>
      <w:r>
        <w:t>1. Predseda rady školy informuje riaditeľa školy o pláne zasadnutí na príslušný kalendárny rok.</w:t>
      </w:r>
    </w:p>
    <w:p w14:paraId="031E5DD1" w14:textId="77777777" w:rsidR="00616A60" w:rsidRDefault="00DA6392" w:rsidP="009C2097">
      <w:pPr>
        <w:spacing w:after="60"/>
        <w:ind w:left="720"/>
        <w:jc w:val="both"/>
      </w:pPr>
      <w:r>
        <w:t xml:space="preserve">2. Riaditeľ školy v súlade s </w:t>
      </w:r>
      <w:proofErr w:type="spellStart"/>
      <w:r>
        <w:t>plánom</w:t>
      </w:r>
      <w:proofErr w:type="spellEnd"/>
      <w:r>
        <w:t xml:space="preserve"> </w:t>
      </w:r>
      <w:proofErr w:type="spellStart"/>
      <w:r>
        <w:t>zasadnutí</w:t>
      </w:r>
      <w:proofErr w:type="spellEnd"/>
      <w:r>
        <w:t xml:space="preserve"> </w:t>
      </w:r>
      <w:proofErr w:type="spellStart"/>
      <w:r>
        <w:t>predkladá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príslušné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 a to</w:t>
      </w:r>
      <w:r w:rsidR="00D31F22">
        <w:t xml:space="preserve"> </w:t>
      </w:r>
      <w:proofErr w:type="spellStart"/>
      <w:r>
        <w:t>spravidla</w:t>
      </w:r>
      <w:proofErr w:type="spellEnd"/>
      <w:r>
        <w:t xml:space="preserve"> v </w:t>
      </w:r>
      <w:proofErr w:type="spellStart"/>
      <w:r>
        <w:t>písomnej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a v požadovanom množstve.</w:t>
      </w:r>
    </w:p>
    <w:p w14:paraId="3F01BEAB" w14:textId="77777777" w:rsidR="00D31F22" w:rsidRDefault="00D31F22">
      <w:pPr>
        <w:spacing w:after="60"/>
        <w:rPr>
          <w:b/>
        </w:rPr>
      </w:pPr>
    </w:p>
    <w:p w14:paraId="40FC7240" w14:textId="77777777" w:rsidR="00616A60" w:rsidRDefault="00DA6392" w:rsidP="00D31F22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XI.</w:t>
      </w:r>
    </w:p>
    <w:p w14:paraId="2FB7E0B6" w14:textId="77777777" w:rsidR="00D31F22" w:rsidRDefault="00D31F22" w:rsidP="00D31F22">
      <w:pPr>
        <w:spacing w:after="60"/>
        <w:jc w:val="center"/>
      </w:pPr>
    </w:p>
    <w:p w14:paraId="3C346954" w14:textId="77777777" w:rsidR="00616A60" w:rsidRDefault="00DA6392" w:rsidP="009C2097">
      <w:pPr>
        <w:spacing w:after="60"/>
        <w:jc w:val="both"/>
      </w:pPr>
      <w:r>
        <w:rPr>
          <w:b/>
        </w:rPr>
        <w:t>Hospodárenie rady školy</w:t>
      </w:r>
    </w:p>
    <w:p w14:paraId="41B992BB" w14:textId="77777777" w:rsidR="00616A60" w:rsidRDefault="00DA6392" w:rsidP="009C2097">
      <w:pPr>
        <w:spacing w:after="60"/>
        <w:ind w:left="720"/>
        <w:jc w:val="both"/>
      </w:pPr>
      <w:r>
        <w:t>1. Rada školy zabezpečuje svoju činnosť z prostriedkov rozpočtu školy na tento účel určenými.</w:t>
      </w:r>
    </w:p>
    <w:p w14:paraId="073EFA43" w14:textId="77777777" w:rsidR="00616A60" w:rsidRDefault="00DA6392" w:rsidP="009C2097">
      <w:pPr>
        <w:spacing w:after="60"/>
        <w:ind w:firstLine="720"/>
        <w:jc w:val="both"/>
      </w:pPr>
      <w:r>
        <w:t xml:space="preserve">2. Rada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nemá</w:t>
      </w:r>
      <w:proofErr w:type="spellEnd"/>
      <w:r>
        <w:t xml:space="preserve"> </w:t>
      </w:r>
      <w:proofErr w:type="spellStart"/>
      <w:r>
        <w:t>vlastný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>.</w:t>
      </w:r>
    </w:p>
    <w:p w14:paraId="16138627" w14:textId="77777777" w:rsidR="00DA6392" w:rsidRDefault="00DA6392" w:rsidP="009C2097">
      <w:pPr>
        <w:spacing w:after="60"/>
        <w:ind w:left="720"/>
        <w:jc w:val="both"/>
      </w:pPr>
      <w:r>
        <w:t xml:space="preserve">3. </w:t>
      </w:r>
      <w:proofErr w:type="spellStart"/>
      <w:r>
        <w:t>Finančnú</w:t>
      </w:r>
      <w:proofErr w:type="spellEnd"/>
      <w:r>
        <w:t xml:space="preserve"> </w:t>
      </w:r>
      <w:proofErr w:type="spellStart"/>
      <w:r>
        <w:t>úhradu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ustanovenie</w:t>
      </w:r>
      <w:proofErr w:type="spellEnd"/>
      <w:r>
        <w:t xml:space="preserve"> a </w:t>
      </w:r>
      <w:proofErr w:type="spellStart"/>
      <w:r>
        <w:t>činnosť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</w:t>
      </w:r>
      <w:proofErr w:type="spellStart"/>
      <w:r>
        <w:t>zabezpečí</w:t>
      </w:r>
      <w:proofErr w:type="spellEnd"/>
      <w:r>
        <w:t xml:space="preserve"> </w:t>
      </w:r>
      <w:proofErr w:type="spellStart"/>
      <w:r>
        <w:t>zriaďovateľ</w:t>
      </w:r>
      <w:proofErr w:type="spellEnd"/>
      <w:r>
        <w:t>.</w:t>
      </w:r>
    </w:p>
    <w:p w14:paraId="060E4749" w14:textId="77777777" w:rsidR="00D31F22" w:rsidRDefault="00D31F22" w:rsidP="00D31F22">
      <w:pPr>
        <w:spacing w:after="60"/>
        <w:jc w:val="center"/>
      </w:pPr>
    </w:p>
    <w:p w14:paraId="6CD16913" w14:textId="77777777" w:rsidR="00DA6392" w:rsidRDefault="00DA6392" w:rsidP="00D31F22">
      <w:pPr>
        <w:spacing w:after="60"/>
        <w:jc w:val="center"/>
        <w:rPr>
          <w:b/>
          <w:sz w:val="26"/>
        </w:rPr>
      </w:pPr>
    </w:p>
    <w:p w14:paraId="38B8E887" w14:textId="77777777" w:rsidR="00DA6392" w:rsidRDefault="00DA6392" w:rsidP="00DA6392">
      <w:pPr>
        <w:spacing w:after="60"/>
        <w:rPr>
          <w:b/>
          <w:sz w:val="26"/>
        </w:rPr>
      </w:pPr>
    </w:p>
    <w:p w14:paraId="28BD48CE" w14:textId="77777777" w:rsidR="00616A60" w:rsidRDefault="00DA6392" w:rsidP="00DA6392">
      <w:pPr>
        <w:spacing w:after="60"/>
        <w:jc w:val="center"/>
        <w:rPr>
          <w:b/>
          <w:sz w:val="26"/>
        </w:rPr>
      </w:pPr>
      <w:proofErr w:type="spellStart"/>
      <w:r>
        <w:rPr>
          <w:b/>
          <w:sz w:val="26"/>
        </w:rPr>
        <w:t>Článok</w:t>
      </w:r>
      <w:proofErr w:type="spellEnd"/>
      <w:r>
        <w:rPr>
          <w:b/>
          <w:sz w:val="26"/>
        </w:rPr>
        <w:t xml:space="preserve"> XII.</w:t>
      </w:r>
    </w:p>
    <w:p w14:paraId="009EBE70" w14:textId="77777777" w:rsidR="00D31F22" w:rsidRDefault="00D31F22" w:rsidP="00D31F22">
      <w:pPr>
        <w:spacing w:after="60"/>
        <w:jc w:val="center"/>
      </w:pPr>
    </w:p>
    <w:p w14:paraId="64FC799F" w14:textId="77777777" w:rsidR="00616A60" w:rsidRDefault="00DA6392">
      <w:pPr>
        <w:spacing w:after="60"/>
      </w:pPr>
      <w:r>
        <w:rPr>
          <w:b/>
        </w:rPr>
        <w:t>Ochrana osobných údajov</w:t>
      </w:r>
    </w:p>
    <w:p w14:paraId="44D2A5AD" w14:textId="77777777" w:rsidR="00616A60" w:rsidRDefault="00DA6392">
      <w:pPr>
        <w:spacing w:after="60"/>
      </w:pPr>
      <w:r>
        <w:t xml:space="preserve">Pri zverejňovaní správ a </w:t>
      </w:r>
      <w:proofErr w:type="spellStart"/>
      <w:r>
        <w:t>informácií</w:t>
      </w:r>
      <w:proofErr w:type="spellEnd"/>
      <w:r>
        <w:t xml:space="preserve"> je </w:t>
      </w:r>
      <w:proofErr w:type="spellStart"/>
      <w:r>
        <w:t>každý</w:t>
      </w:r>
      <w:proofErr w:type="spellEnd"/>
      <w:r>
        <w:t xml:space="preserve"> </w:t>
      </w:r>
      <w:proofErr w:type="spellStart"/>
      <w:r>
        <w:t>člen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povinný</w:t>
      </w:r>
      <w:proofErr w:type="spellEnd"/>
      <w:r>
        <w:t xml:space="preserve"> </w:t>
      </w:r>
      <w:proofErr w:type="spellStart"/>
      <w:r>
        <w:t>dbať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dodržiavanie</w:t>
      </w:r>
      <w:proofErr w:type="spellEnd"/>
      <w:r w:rsidR="00D31F22">
        <w:t xml:space="preserve"> </w:t>
      </w:r>
      <w:proofErr w:type="spellStart"/>
      <w:r>
        <w:t>ustanovení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428/2002 o </w:t>
      </w:r>
      <w:proofErr w:type="spellStart"/>
      <w:r>
        <w:t>ochrane</w:t>
      </w:r>
      <w:proofErr w:type="spellEnd"/>
      <w:r>
        <w:t xml:space="preserve"> </w:t>
      </w:r>
      <w:proofErr w:type="spellStart"/>
      <w:r>
        <w:t>osobných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 xml:space="preserve"> a </w:t>
      </w:r>
      <w:proofErr w:type="spellStart"/>
      <w:r>
        <w:t>ďalších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 xml:space="preserve"> </w:t>
      </w:r>
      <w:proofErr w:type="spellStart"/>
      <w:r>
        <w:t>chránených</w:t>
      </w:r>
      <w:proofErr w:type="spellEnd"/>
      <w:r w:rsidR="00D31F22">
        <w:t xml:space="preserve"> </w:t>
      </w:r>
      <w:proofErr w:type="spellStart"/>
      <w:r>
        <w:t>všeobecne</w:t>
      </w:r>
      <w:proofErr w:type="spellEnd"/>
      <w:r>
        <w:t xml:space="preserve"> </w:t>
      </w:r>
      <w:proofErr w:type="spellStart"/>
      <w:r>
        <w:t>záväznými</w:t>
      </w:r>
      <w:proofErr w:type="spellEnd"/>
      <w:r>
        <w:t xml:space="preserve"> </w:t>
      </w:r>
      <w:proofErr w:type="spellStart"/>
      <w:r>
        <w:t>predpismi</w:t>
      </w:r>
      <w:proofErr w:type="spellEnd"/>
      <w:r>
        <w:t>.</w:t>
      </w:r>
    </w:p>
    <w:p w14:paraId="602AA5C7" w14:textId="77777777" w:rsidR="00616A60" w:rsidRDefault="00DA6392">
      <w:pPr>
        <w:spacing w:after="60"/>
      </w:pPr>
      <w:proofErr w:type="spellStart"/>
      <w:r>
        <w:t>Tento</w:t>
      </w:r>
      <w:proofErr w:type="spellEnd"/>
      <w:r>
        <w:t xml:space="preserve"> </w:t>
      </w:r>
      <w:proofErr w:type="spellStart"/>
      <w:r>
        <w:t>štatút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prerokovaný</w:t>
      </w:r>
      <w:proofErr w:type="spellEnd"/>
      <w:r>
        <w:t xml:space="preserve"> a </w:t>
      </w:r>
      <w:proofErr w:type="spellStart"/>
      <w:r>
        <w:t>chválen</w:t>
      </w:r>
      <w:r w:rsidR="00D31F22">
        <w:t>ý</w:t>
      </w:r>
      <w:proofErr w:type="spellEnd"/>
      <w:r w:rsidR="00D31F22">
        <w:t xml:space="preserve"> </w:t>
      </w:r>
      <w:proofErr w:type="spellStart"/>
      <w:r w:rsidR="00D31F22">
        <w:t>na</w:t>
      </w:r>
      <w:proofErr w:type="spellEnd"/>
      <w:r w:rsidR="00D31F22">
        <w:t xml:space="preserve"> </w:t>
      </w:r>
      <w:proofErr w:type="spellStart"/>
      <w:r w:rsidR="00D31F22">
        <w:t>zasadnutí</w:t>
      </w:r>
      <w:proofErr w:type="spellEnd"/>
      <w:r w:rsidR="00D31F22">
        <w:t xml:space="preserve"> </w:t>
      </w:r>
      <w:proofErr w:type="spellStart"/>
      <w:r w:rsidR="00D31F22">
        <w:t>rady</w:t>
      </w:r>
      <w:proofErr w:type="spellEnd"/>
      <w:r w:rsidR="00D31F22">
        <w:t xml:space="preserve"> </w:t>
      </w:r>
      <w:proofErr w:type="spellStart"/>
      <w:r w:rsidR="00D31F22">
        <w:t>školy</w:t>
      </w:r>
      <w:proofErr w:type="spellEnd"/>
      <w:r w:rsidR="00D31F22">
        <w:t xml:space="preserve"> </w:t>
      </w:r>
      <w:proofErr w:type="spellStart"/>
      <w:r w:rsidR="00D31F22">
        <w:t>dňa</w:t>
      </w:r>
      <w:proofErr w:type="spellEnd"/>
      <w:r w:rsidR="00D31F22">
        <w:t xml:space="preserve"> 04.09</w:t>
      </w:r>
      <w:r>
        <w:t xml:space="preserve">.2026 a od </w:t>
      </w:r>
      <w:proofErr w:type="spellStart"/>
      <w:r>
        <w:t>tohoto</w:t>
      </w:r>
      <w:proofErr w:type="spellEnd"/>
      <w:r w:rsidR="00D31F22">
        <w:t xml:space="preserve"> </w:t>
      </w:r>
      <w:proofErr w:type="spellStart"/>
      <w:r>
        <w:t>dňa</w:t>
      </w:r>
      <w:proofErr w:type="spellEnd"/>
      <w:r>
        <w:t xml:space="preserve"> </w:t>
      </w:r>
      <w:proofErr w:type="spellStart"/>
      <w:r>
        <w:t>nadobúda</w:t>
      </w:r>
      <w:proofErr w:type="spellEnd"/>
      <w:r>
        <w:t xml:space="preserve"> </w:t>
      </w:r>
      <w:proofErr w:type="spellStart"/>
      <w:r>
        <w:t>účinnosť</w:t>
      </w:r>
      <w:proofErr w:type="spellEnd"/>
      <w:r>
        <w:t>.</w:t>
      </w:r>
    </w:p>
    <w:p w14:paraId="5F26AB84" w14:textId="77777777" w:rsidR="00D31F22" w:rsidRDefault="00D31F22">
      <w:pPr>
        <w:spacing w:after="60"/>
      </w:pPr>
    </w:p>
    <w:p w14:paraId="698EDA31" w14:textId="77777777" w:rsidR="00D31F22" w:rsidRDefault="00D31F22">
      <w:pPr>
        <w:spacing w:after="60"/>
      </w:pPr>
    </w:p>
    <w:p w14:paraId="28557194" w14:textId="77777777" w:rsidR="00D31F22" w:rsidRDefault="00D31F22">
      <w:pPr>
        <w:spacing w:after="60"/>
      </w:pPr>
    </w:p>
    <w:p w14:paraId="70F30431" w14:textId="77777777" w:rsidR="00616A60" w:rsidRDefault="00D31F22">
      <w:pPr>
        <w:spacing w:after="60"/>
      </w:pPr>
      <w:r>
        <w:t xml:space="preserve">V </w:t>
      </w:r>
      <w:proofErr w:type="spellStart"/>
      <w:r>
        <w:t>Paňovciach</w:t>
      </w:r>
      <w:proofErr w:type="spellEnd"/>
      <w:r>
        <w:t>, dňa 04.09.2026                                             ………………………....</w:t>
      </w:r>
    </w:p>
    <w:p w14:paraId="35F4CC4E" w14:textId="77777777" w:rsidR="00D31F22" w:rsidRDefault="00D31F22">
      <w:pPr>
        <w:spacing w:after="60"/>
      </w:pPr>
      <w:r>
        <w:t xml:space="preserve">                                                                                                 Mgr. Štefánia Žigová</w:t>
      </w:r>
    </w:p>
    <w:p w14:paraId="0B4E9399" w14:textId="77777777" w:rsidR="00616A60" w:rsidRDefault="00D31F22">
      <w:pPr>
        <w:spacing w:after="60"/>
      </w:pPr>
      <w:r>
        <w:t xml:space="preserve">                                                                                               </w:t>
      </w:r>
      <w:proofErr w:type="spellStart"/>
      <w:r w:rsidR="00DA6392">
        <w:t>predsedníčka</w:t>
      </w:r>
      <w:proofErr w:type="spellEnd"/>
      <w:r w:rsidR="00DA6392">
        <w:t xml:space="preserve"> rady školy</w:t>
      </w:r>
    </w:p>
    <w:sectPr w:rsidR="00616A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FC3279"/>
    <w:multiLevelType w:val="hybridMultilevel"/>
    <w:tmpl w:val="76B6A42A"/>
    <w:lvl w:ilvl="0" w:tplc="B12A3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D3752"/>
    <w:multiLevelType w:val="hybridMultilevel"/>
    <w:tmpl w:val="C0A860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C0157"/>
    <w:multiLevelType w:val="hybridMultilevel"/>
    <w:tmpl w:val="C250FF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564E0"/>
    <w:multiLevelType w:val="hybridMultilevel"/>
    <w:tmpl w:val="EEEEE3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56585">
    <w:abstractNumId w:val="8"/>
  </w:num>
  <w:num w:numId="2" w16cid:durableId="1168792100">
    <w:abstractNumId w:val="6"/>
  </w:num>
  <w:num w:numId="3" w16cid:durableId="858617429">
    <w:abstractNumId w:val="5"/>
  </w:num>
  <w:num w:numId="4" w16cid:durableId="283584229">
    <w:abstractNumId w:val="4"/>
  </w:num>
  <w:num w:numId="5" w16cid:durableId="2058893572">
    <w:abstractNumId w:val="7"/>
  </w:num>
  <w:num w:numId="6" w16cid:durableId="1174689221">
    <w:abstractNumId w:val="3"/>
  </w:num>
  <w:num w:numId="7" w16cid:durableId="1433626864">
    <w:abstractNumId w:val="2"/>
  </w:num>
  <w:num w:numId="8" w16cid:durableId="803349811">
    <w:abstractNumId w:val="1"/>
  </w:num>
  <w:num w:numId="9" w16cid:durableId="893008669">
    <w:abstractNumId w:val="0"/>
  </w:num>
  <w:num w:numId="10" w16cid:durableId="755787449">
    <w:abstractNumId w:val="12"/>
  </w:num>
  <w:num w:numId="11" w16cid:durableId="1912813272">
    <w:abstractNumId w:val="11"/>
  </w:num>
  <w:num w:numId="12" w16cid:durableId="857232688">
    <w:abstractNumId w:val="9"/>
  </w:num>
  <w:num w:numId="13" w16cid:durableId="9265022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006F"/>
    <w:rsid w:val="00616A60"/>
    <w:rsid w:val="00772B9C"/>
    <w:rsid w:val="00795542"/>
    <w:rsid w:val="007D4106"/>
    <w:rsid w:val="009C2097"/>
    <w:rsid w:val="00AA1D8D"/>
    <w:rsid w:val="00AE3900"/>
    <w:rsid w:val="00B47730"/>
    <w:rsid w:val="00CB0664"/>
    <w:rsid w:val="00D31F22"/>
    <w:rsid w:val="00DA6392"/>
    <w:rsid w:val="00DD3A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CAC56"/>
  <w14:defaultImageDpi w14:val="300"/>
  <w15:docId w15:val="{29D2F049-2B12-4B09-BF48-C43BBAC2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2B5E2C-31D3-4788-897B-C79C104CB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2038</Words>
  <Characters>11619</Characters>
  <Application>Microsoft Office Word</Application>
  <DocSecurity>0</DocSecurity>
  <Lines>96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MSWord Panovce</cp:lastModifiedBy>
  <cp:revision>4</cp:revision>
  <dcterms:created xsi:type="dcterms:W3CDTF">2026-09-08T09:05:00Z</dcterms:created>
  <dcterms:modified xsi:type="dcterms:W3CDTF">2026-09-08T11:25:00Z</dcterms:modified>
  <cp:category/>
</cp:coreProperties>
</file>